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BDC2D" w14:textId="77777777" w:rsidR="00E847B4" w:rsidRPr="00F36809" w:rsidRDefault="00EB6364">
      <w:pPr>
        <w:jc w:val="center"/>
        <w:rPr>
          <w:sz w:val="20"/>
        </w:rPr>
      </w:pPr>
      <w:proofErr w:type="spellStart"/>
      <w:r w:rsidRPr="00F36809">
        <w:rPr>
          <w:b/>
          <w:sz w:val="24"/>
        </w:rPr>
        <w:t>İstiklal</w:t>
      </w:r>
      <w:proofErr w:type="spellEnd"/>
      <w:r w:rsidRPr="00F36809">
        <w:rPr>
          <w:b/>
          <w:sz w:val="24"/>
        </w:rPr>
        <w:t xml:space="preserve"> </w:t>
      </w:r>
      <w:proofErr w:type="spellStart"/>
      <w:r w:rsidRPr="00F36809">
        <w:rPr>
          <w:b/>
          <w:sz w:val="24"/>
        </w:rPr>
        <w:t>Mittelschule</w:t>
      </w:r>
      <w:proofErr w:type="spellEnd"/>
      <w:r w:rsidR="005C79BC" w:rsidRPr="00F36809">
        <w:rPr>
          <w:b/>
          <w:sz w:val="24"/>
        </w:rPr>
        <w:t xml:space="preserve">, </w:t>
      </w:r>
      <w:proofErr w:type="spellStart"/>
      <w:r w:rsidRPr="00F36809">
        <w:rPr>
          <w:b/>
          <w:sz w:val="24"/>
        </w:rPr>
        <w:t>Schuljahr</w:t>
      </w:r>
      <w:proofErr w:type="spellEnd"/>
      <w:r w:rsidRPr="00F36809">
        <w:rPr>
          <w:b/>
          <w:sz w:val="24"/>
        </w:rPr>
        <w:t xml:space="preserve"> 2025–2026</w:t>
      </w:r>
      <w:r w:rsidRPr="00F36809">
        <w:rPr>
          <w:b/>
          <w:sz w:val="24"/>
        </w:rPr>
        <w:br/>
        <w:t>1. Semester – 1. Schriftliche Prüfung der 5. Klassen</w:t>
      </w:r>
    </w:p>
    <w:p w14:paraId="52DA5774" w14:textId="77777777" w:rsidR="00E847B4" w:rsidRDefault="00EB6364">
      <w:proofErr w:type="spellStart"/>
      <w:r>
        <w:rPr>
          <w:b/>
        </w:rPr>
        <w:t>Fach</w:t>
      </w:r>
      <w:proofErr w:type="spellEnd"/>
      <w:r>
        <w:rPr>
          <w:b/>
        </w:rPr>
        <w:t xml:space="preserve">: </w:t>
      </w:r>
      <w:r w:rsidR="005C79BC">
        <w:t>Deutsch</w:t>
      </w:r>
      <w:r w:rsidR="005C79BC">
        <w:tab/>
      </w:r>
      <w:r>
        <w:rPr>
          <w:b/>
        </w:rPr>
        <w:t xml:space="preserve">Name / </w:t>
      </w:r>
      <w:proofErr w:type="spellStart"/>
      <w:r>
        <w:rPr>
          <w:b/>
        </w:rPr>
        <w:t>Nachname</w:t>
      </w:r>
      <w:proofErr w:type="spellEnd"/>
      <w:r>
        <w:rPr>
          <w:b/>
        </w:rPr>
        <w:t xml:space="preserve">: </w:t>
      </w:r>
      <w:r>
        <w:t>......................................................</w:t>
      </w:r>
      <w:r w:rsidR="005C79BC">
        <w:t xml:space="preserve">     </w:t>
      </w:r>
      <w:r>
        <w:rPr>
          <w:b/>
        </w:rPr>
        <w:t xml:space="preserve">Nummer: </w:t>
      </w:r>
      <w:r>
        <w:t>................</w:t>
      </w:r>
      <w:r w:rsidR="005C79BC">
        <w:t xml:space="preserve">   </w:t>
      </w:r>
      <w:proofErr w:type="spellStart"/>
      <w:r>
        <w:rPr>
          <w:b/>
        </w:rPr>
        <w:t>Klasse</w:t>
      </w:r>
      <w:proofErr w:type="spellEnd"/>
      <w:r>
        <w:rPr>
          <w:b/>
        </w:rPr>
        <w:t xml:space="preserve">: </w:t>
      </w:r>
      <w:r>
        <w:t>5 / ......</w:t>
      </w:r>
      <w:r w:rsidR="005C79BC">
        <w:t xml:space="preserve">    </w:t>
      </w:r>
      <w:proofErr w:type="spellStart"/>
      <w:r>
        <w:rPr>
          <w:b/>
        </w:rPr>
        <w:t>Punkte</w:t>
      </w:r>
      <w:proofErr w:type="spellEnd"/>
      <w:r>
        <w:rPr>
          <w:b/>
        </w:rPr>
        <w:t xml:space="preserve">: </w:t>
      </w:r>
      <w:r w:rsidR="005C79BC">
        <w:t>..............</w:t>
      </w:r>
    </w:p>
    <w:tbl>
      <w:tblPr>
        <w:tblStyle w:val="TabloKlavuzu"/>
        <w:tblpPr w:leftFromText="141" w:rightFromText="141" w:vertAnchor="text" w:horzAnchor="margin" w:tblpY="264"/>
        <w:tblW w:w="10970" w:type="dxa"/>
        <w:tblLook w:val="04A0" w:firstRow="1" w:lastRow="0" w:firstColumn="1" w:lastColumn="0" w:noHBand="0" w:noVBand="1"/>
      </w:tblPr>
      <w:tblGrid>
        <w:gridCol w:w="1927"/>
        <w:gridCol w:w="1242"/>
        <w:gridCol w:w="1242"/>
        <w:gridCol w:w="1242"/>
        <w:gridCol w:w="1242"/>
        <w:gridCol w:w="1242"/>
        <w:gridCol w:w="1400"/>
        <w:gridCol w:w="1433"/>
      </w:tblGrid>
      <w:tr w:rsidR="00A3786B" w:rsidRPr="00277BD5" w14:paraId="43C9884B" w14:textId="77777777" w:rsidTr="00A3786B">
        <w:trPr>
          <w:trHeight w:val="322"/>
        </w:trPr>
        <w:tc>
          <w:tcPr>
            <w:tcW w:w="1927" w:type="dxa"/>
          </w:tcPr>
          <w:p w14:paraId="1D59E452" w14:textId="77777777" w:rsidR="00A3786B" w:rsidRPr="00277BD5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179111554"/>
            <w:bookmarkStart w:id="1" w:name="_Hlk179111566"/>
            <w:r w:rsidRPr="00277BD5">
              <w:rPr>
                <w:rFonts w:ascii="Arial" w:hAnsi="Arial" w:cs="Arial"/>
                <w:b/>
                <w:sz w:val="24"/>
                <w:szCs w:val="24"/>
              </w:rPr>
              <w:t>Frage</w:t>
            </w:r>
          </w:p>
        </w:tc>
        <w:tc>
          <w:tcPr>
            <w:tcW w:w="1242" w:type="dxa"/>
          </w:tcPr>
          <w:p w14:paraId="1C98D5D7" w14:textId="77777777" w:rsidR="00A3786B" w:rsidRPr="00277BD5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77BD5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242" w:type="dxa"/>
          </w:tcPr>
          <w:p w14:paraId="2E50477D" w14:textId="77777777" w:rsidR="00A3786B" w:rsidRPr="00277BD5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77BD5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242" w:type="dxa"/>
          </w:tcPr>
          <w:p w14:paraId="58D34A98" w14:textId="77777777" w:rsidR="00A3786B" w:rsidRPr="00277BD5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77BD5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42" w:type="dxa"/>
          </w:tcPr>
          <w:p w14:paraId="3CE18E4C" w14:textId="77777777" w:rsidR="00A3786B" w:rsidRPr="00277BD5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77BD5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242" w:type="dxa"/>
          </w:tcPr>
          <w:p w14:paraId="341CD4B9" w14:textId="77777777" w:rsidR="00A3786B" w:rsidRPr="00277BD5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77BD5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400" w:type="dxa"/>
          </w:tcPr>
          <w:p w14:paraId="51199240" w14:textId="77777777" w:rsidR="00A3786B" w:rsidRPr="00277BD5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433" w:type="dxa"/>
          </w:tcPr>
          <w:p w14:paraId="5D0C814E" w14:textId="77777777" w:rsidR="00A3786B" w:rsidRPr="00277BD5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77BD5">
              <w:rPr>
                <w:rFonts w:ascii="Arial" w:hAnsi="Arial" w:cs="Arial"/>
                <w:b/>
                <w:bCs/>
                <w:sz w:val="24"/>
                <w:szCs w:val="24"/>
              </w:rPr>
              <w:t>Gesamt</w:t>
            </w:r>
            <w:proofErr w:type="spellEnd"/>
          </w:p>
        </w:tc>
      </w:tr>
      <w:bookmarkEnd w:id="0"/>
      <w:tr w:rsidR="00A3786B" w:rsidRPr="00277BD5" w14:paraId="12072F3D" w14:textId="77777777" w:rsidTr="00A3786B">
        <w:trPr>
          <w:trHeight w:val="322"/>
        </w:trPr>
        <w:tc>
          <w:tcPr>
            <w:tcW w:w="1927" w:type="dxa"/>
          </w:tcPr>
          <w:p w14:paraId="257E81DC" w14:textId="77777777" w:rsidR="00A3786B" w:rsidRPr="00277BD5" w:rsidRDefault="00A3786B" w:rsidP="00A3786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77BD5">
              <w:rPr>
                <w:rFonts w:ascii="Arial" w:hAnsi="Arial" w:cs="Arial"/>
                <w:sz w:val="24"/>
                <w:szCs w:val="24"/>
              </w:rPr>
              <w:t>Punkte</w:t>
            </w:r>
            <w:proofErr w:type="spellEnd"/>
          </w:p>
        </w:tc>
        <w:tc>
          <w:tcPr>
            <w:tcW w:w="1242" w:type="dxa"/>
          </w:tcPr>
          <w:p w14:paraId="01489BE2" w14:textId="77777777" w:rsidR="00A3786B" w:rsidRPr="00A3786B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786B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242" w:type="dxa"/>
          </w:tcPr>
          <w:p w14:paraId="5990E11A" w14:textId="77777777" w:rsidR="00A3786B" w:rsidRPr="00A3786B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78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242" w:type="dxa"/>
          </w:tcPr>
          <w:p w14:paraId="26187E89" w14:textId="77777777" w:rsidR="00A3786B" w:rsidRPr="00A3786B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242" w:type="dxa"/>
          </w:tcPr>
          <w:p w14:paraId="14BB15C7" w14:textId="77777777" w:rsidR="00A3786B" w:rsidRPr="00A3786B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242" w:type="dxa"/>
          </w:tcPr>
          <w:p w14:paraId="683F3C1F" w14:textId="77777777" w:rsidR="00A3786B" w:rsidRPr="00A3786B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78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400" w:type="dxa"/>
          </w:tcPr>
          <w:p w14:paraId="5CF26061" w14:textId="77777777" w:rsidR="00A3786B" w:rsidRPr="00A3786B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786B">
              <w:rPr>
                <w:rFonts w:ascii="Arial" w:hAnsi="Arial" w:cs="Arial"/>
                <w:bCs/>
                <w:sz w:val="24"/>
                <w:szCs w:val="24"/>
              </w:rPr>
              <w:t>16</w:t>
            </w:r>
          </w:p>
        </w:tc>
        <w:tc>
          <w:tcPr>
            <w:tcW w:w="1433" w:type="dxa"/>
          </w:tcPr>
          <w:p w14:paraId="59685163" w14:textId="77777777" w:rsidR="00A3786B" w:rsidRPr="00A3786B" w:rsidRDefault="00A3786B" w:rsidP="00A37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786B">
              <w:rPr>
                <w:rFonts w:ascii="Arial" w:hAnsi="Arial" w:cs="Arial"/>
                <w:b/>
                <w:bCs/>
                <w:sz w:val="24"/>
                <w:szCs w:val="24"/>
              </w:rPr>
              <w:t>100</w:t>
            </w:r>
          </w:p>
        </w:tc>
      </w:tr>
      <w:tr w:rsidR="00A3786B" w:rsidRPr="00277BD5" w14:paraId="098D2CD8" w14:textId="77777777" w:rsidTr="00A3786B">
        <w:trPr>
          <w:trHeight w:val="322"/>
        </w:trPr>
        <w:tc>
          <w:tcPr>
            <w:tcW w:w="1927" w:type="dxa"/>
          </w:tcPr>
          <w:p w14:paraId="38ABFCB2" w14:textId="77777777" w:rsidR="00A3786B" w:rsidRPr="00277BD5" w:rsidRDefault="00A3786B" w:rsidP="00A3786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77BD5">
              <w:rPr>
                <w:rFonts w:ascii="Arial" w:hAnsi="Arial" w:cs="Arial"/>
                <w:sz w:val="24"/>
                <w:szCs w:val="24"/>
              </w:rPr>
              <w:t>Punktzahl</w:t>
            </w:r>
            <w:proofErr w:type="spellEnd"/>
          </w:p>
        </w:tc>
        <w:tc>
          <w:tcPr>
            <w:tcW w:w="1242" w:type="dxa"/>
          </w:tcPr>
          <w:p w14:paraId="390A01B8" w14:textId="77777777" w:rsidR="00A3786B" w:rsidRPr="00277BD5" w:rsidRDefault="00A3786B" w:rsidP="00A3786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42" w:type="dxa"/>
          </w:tcPr>
          <w:p w14:paraId="4FF0CD81" w14:textId="77777777" w:rsidR="00A3786B" w:rsidRPr="00277BD5" w:rsidRDefault="00A3786B" w:rsidP="00A3786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42" w:type="dxa"/>
          </w:tcPr>
          <w:p w14:paraId="6408A9A6" w14:textId="77777777" w:rsidR="00A3786B" w:rsidRPr="00277BD5" w:rsidRDefault="00A3786B" w:rsidP="00A3786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42" w:type="dxa"/>
          </w:tcPr>
          <w:p w14:paraId="3B6132B3" w14:textId="77777777" w:rsidR="00A3786B" w:rsidRPr="00277BD5" w:rsidRDefault="00A3786B" w:rsidP="00A3786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42" w:type="dxa"/>
          </w:tcPr>
          <w:p w14:paraId="1AE2DE5D" w14:textId="77777777" w:rsidR="00A3786B" w:rsidRPr="00277BD5" w:rsidRDefault="00A3786B" w:rsidP="00A3786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0C794764" w14:textId="77777777" w:rsidR="00A3786B" w:rsidRPr="00277BD5" w:rsidRDefault="00A3786B" w:rsidP="00A3786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33" w:type="dxa"/>
          </w:tcPr>
          <w:p w14:paraId="23B4843F" w14:textId="77777777" w:rsidR="00A3786B" w:rsidRDefault="00A3786B" w:rsidP="00A3786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423236" w14:textId="77777777" w:rsidR="00A3786B" w:rsidRPr="00277BD5" w:rsidRDefault="00A3786B" w:rsidP="00A3786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bookmarkEnd w:id="1"/>
    </w:tbl>
    <w:p w14:paraId="07FE0B2D" w14:textId="77777777" w:rsidR="00A3786B" w:rsidRDefault="00A3786B"/>
    <w:p w14:paraId="37FF735F" w14:textId="77777777" w:rsidR="00A3786B" w:rsidRDefault="00A3786B"/>
    <w:p w14:paraId="5DF9DBED" w14:textId="77777777" w:rsidR="000538F7" w:rsidRDefault="000538F7">
      <w:r w:rsidRPr="004F56DF"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446EEF80" wp14:editId="6EE6D831">
                <wp:simplePos x="0" y="0"/>
                <wp:positionH relativeFrom="column">
                  <wp:posOffset>114300</wp:posOffset>
                </wp:positionH>
                <wp:positionV relativeFrom="paragraph">
                  <wp:posOffset>449580</wp:posOffset>
                </wp:positionV>
                <wp:extent cx="6743700" cy="342900"/>
                <wp:effectExtent l="0" t="0" r="19050" b="1905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9F70A3" id="Yuvarlatılmış Dikdörtgen 1" o:spid="_x0000_s1026" style="position:absolute;margin-left:9pt;margin-top:35.4pt;width:531pt;height:27pt;z-index:-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" fillcolor="white [3201]" strokecolor="black [3200]" strokeweight="2pt"/>
            </w:pict>
          </mc:Fallback>
        </mc:AlternateContent>
      </w:r>
      <w:proofErr w:type="spellStart"/>
      <w:r w:rsidR="00062DC0">
        <w:rPr>
          <w:b/>
        </w:rPr>
        <w:t>Übung</w:t>
      </w:r>
      <w:proofErr w:type="spellEnd"/>
      <w:r w:rsidR="00062DC0">
        <w:rPr>
          <w:b/>
        </w:rPr>
        <w:t xml:space="preserve"> </w:t>
      </w:r>
      <w:r w:rsidRPr="004F56DF">
        <w:rPr>
          <w:b/>
        </w:rPr>
        <w:t>A</w:t>
      </w:r>
      <w:r w:rsidR="00062DC0">
        <w:rPr>
          <w:b/>
        </w:rPr>
        <w:t xml:space="preserve"> </w:t>
      </w:r>
      <w:proofErr w:type="gramStart"/>
      <w:r w:rsidR="00062DC0">
        <w:rPr>
          <w:b/>
        </w:rPr>
        <w:t xml:space="preserve">- </w:t>
      </w:r>
      <w:r w:rsidRPr="004F56DF">
        <w:rPr>
          <w:b/>
        </w:rPr>
        <w:t xml:space="preserve"> </w:t>
      </w:r>
      <w:proofErr w:type="spellStart"/>
      <w:r w:rsidRPr="004F56DF">
        <w:rPr>
          <w:b/>
        </w:rPr>
        <w:t>Ordne</w:t>
      </w:r>
      <w:proofErr w:type="spellEnd"/>
      <w:proofErr w:type="gramEnd"/>
      <w:r w:rsidRPr="004F56DF">
        <w:rPr>
          <w:b/>
        </w:rPr>
        <w:t xml:space="preserve"> und </w:t>
      </w:r>
      <w:proofErr w:type="spellStart"/>
      <w:r w:rsidRPr="004F56DF">
        <w:rPr>
          <w:b/>
        </w:rPr>
        <w:t>schreibe</w:t>
      </w:r>
      <w:proofErr w:type="spellEnd"/>
      <w:r w:rsidRPr="004F56DF">
        <w:rPr>
          <w:b/>
        </w:rPr>
        <w:t xml:space="preserve"> die </w:t>
      </w:r>
      <w:proofErr w:type="spellStart"/>
      <w:r w:rsidRPr="004F56DF">
        <w:rPr>
          <w:b/>
        </w:rPr>
        <w:t>Begrüßungs</w:t>
      </w:r>
      <w:proofErr w:type="spellEnd"/>
      <w:r w:rsidRPr="004F56DF">
        <w:rPr>
          <w:b/>
        </w:rPr>
        <w:t xml:space="preserve">- und </w:t>
      </w:r>
      <w:proofErr w:type="spellStart"/>
      <w:r w:rsidRPr="004F56DF">
        <w:rPr>
          <w:b/>
        </w:rPr>
        <w:t>Verabschiedung</w:t>
      </w:r>
      <w:proofErr w:type="spellEnd"/>
      <w:r w:rsidRPr="004F56DF">
        <w:rPr>
          <w:b/>
        </w:rPr>
        <w:t xml:space="preserve"> in die </w:t>
      </w:r>
      <w:proofErr w:type="spellStart"/>
      <w:r w:rsidRPr="004F56DF">
        <w:rPr>
          <w:b/>
        </w:rPr>
        <w:t>richtige</w:t>
      </w:r>
      <w:proofErr w:type="spellEnd"/>
      <w:r w:rsidRPr="004F56DF">
        <w:rPr>
          <w:b/>
        </w:rPr>
        <w:t xml:space="preserve"> </w:t>
      </w:r>
      <w:proofErr w:type="spellStart"/>
      <w:r w:rsidRPr="004F56DF">
        <w:rPr>
          <w:b/>
        </w:rPr>
        <w:t>Zeile</w:t>
      </w:r>
      <w:proofErr w:type="spellEnd"/>
      <w:r w:rsidRPr="004F56DF">
        <w:rPr>
          <w:b/>
        </w:rPr>
        <w:t>.</w:t>
      </w:r>
      <w:r w:rsidR="00CD4CCB">
        <w:t xml:space="preserve"> </w:t>
      </w:r>
      <w:r w:rsidR="00062DC0">
        <w:t xml:space="preserve">                                                  </w:t>
      </w:r>
      <w:proofErr w:type="gramStart"/>
      <w:r w:rsidR="00CD4CCB" w:rsidRPr="00062DC0">
        <w:rPr>
          <w:i/>
        </w:rPr>
        <w:t xml:space="preserve">( </w:t>
      </w:r>
      <w:proofErr w:type="spellStart"/>
      <w:r w:rsidR="00062DC0" w:rsidRPr="00062DC0">
        <w:rPr>
          <w:i/>
        </w:rPr>
        <w:t>Alıştırma</w:t>
      </w:r>
      <w:proofErr w:type="spellEnd"/>
      <w:proofErr w:type="gramEnd"/>
      <w:r w:rsidR="00062DC0" w:rsidRPr="00062DC0">
        <w:rPr>
          <w:i/>
        </w:rPr>
        <w:t xml:space="preserve"> A - </w:t>
      </w:r>
      <w:proofErr w:type="spellStart"/>
      <w:r w:rsidR="00CD4CCB" w:rsidRPr="00062DC0">
        <w:rPr>
          <w:i/>
        </w:rPr>
        <w:t>Selamlaşma</w:t>
      </w:r>
      <w:proofErr w:type="spellEnd"/>
      <w:r w:rsidR="00CD4CCB" w:rsidRPr="00062DC0">
        <w:rPr>
          <w:i/>
        </w:rPr>
        <w:t xml:space="preserve"> </w:t>
      </w:r>
      <w:proofErr w:type="spellStart"/>
      <w:r w:rsidR="00CD4CCB" w:rsidRPr="00062DC0">
        <w:rPr>
          <w:i/>
        </w:rPr>
        <w:t>ve</w:t>
      </w:r>
      <w:proofErr w:type="spellEnd"/>
      <w:r w:rsidR="00CD4CCB" w:rsidRPr="00062DC0">
        <w:rPr>
          <w:i/>
        </w:rPr>
        <w:t xml:space="preserve"> </w:t>
      </w:r>
      <w:proofErr w:type="spellStart"/>
      <w:r w:rsidR="00CD4CCB" w:rsidRPr="00062DC0">
        <w:rPr>
          <w:i/>
        </w:rPr>
        <w:t>vedalaşma</w:t>
      </w:r>
      <w:proofErr w:type="spellEnd"/>
      <w:r w:rsidR="00CD4CCB" w:rsidRPr="00062DC0">
        <w:rPr>
          <w:i/>
        </w:rPr>
        <w:t xml:space="preserve"> </w:t>
      </w:r>
      <w:proofErr w:type="spellStart"/>
      <w:r w:rsidR="00CD4CCB" w:rsidRPr="00062DC0">
        <w:rPr>
          <w:i/>
        </w:rPr>
        <w:t>ifadelerini</w:t>
      </w:r>
      <w:proofErr w:type="spellEnd"/>
      <w:r w:rsidR="00CD4CCB" w:rsidRPr="00062DC0">
        <w:rPr>
          <w:i/>
        </w:rPr>
        <w:t xml:space="preserve"> </w:t>
      </w:r>
      <w:proofErr w:type="spellStart"/>
      <w:r w:rsidR="00CD4CCB" w:rsidRPr="00062DC0">
        <w:rPr>
          <w:i/>
        </w:rPr>
        <w:t>doğru</w:t>
      </w:r>
      <w:proofErr w:type="spellEnd"/>
      <w:r w:rsidR="00CD4CCB" w:rsidRPr="00062DC0">
        <w:rPr>
          <w:i/>
        </w:rPr>
        <w:t xml:space="preserve"> </w:t>
      </w:r>
      <w:proofErr w:type="spellStart"/>
      <w:r w:rsidR="00CD4CCB" w:rsidRPr="00062DC0">
        <w:rPr>
          <w:i/>
        </w:rPr>
        <w:t>sütunlara</w:t>
      </w:r>
      <w:proofErr w:type="spellEnd"/>
      <w:r w:rsidR="00CD4CCB" w:rsidRPr="00062DC0">
        <w:rPr>
          <w:i/>
        </w:rPr>
        <w:t xml:space="preserve"> </w:t>
      </w:r>
      <w:proofErr w:type="spellStart"/>
      <w:r w:rsidR="00CD4CCB" w:rsidRPr="00062DC0">
        <w:rPr>
          <w:i/>
        </w:rPr>
        <w:t>yazınız</w:t>
      </w:r>
      <w:proofErr w:type="spellEnd"/>
      <w:r w:rsidR="00CD4CCB" w:rsidRPr="00062DC0">
        <w:rPr>
          <w:i/>
        </w:rPr>
        <w:t>.</w:t>
      </w:r>
      <w:r w:rsidR="003257DD" w:rsidRPr="00062DC0">
        <w:rPr>
          <w:i/>
        </w:rPr>
        <w:t>)</w:t>
      </w:r>
      <w:r w:rsidR="00AB2C67" w:rsidRPr="00AB2C67">
        <w:rPr>
          <w:rStyle w:val="Vurgu"/>
          <w:b/>
        </w:rPr>
        <w:t xml:space="preserve"> </w:t>
      </w:r>
      <w:r w:rsidR="00AB2C67">
        <w:rPr>
          <w:rStyle w:val="Vurgu"/>
          <w:b/>
        </w:rPr>
        <w:t xml:space="preserve">(8x3= 24 </w:t>
      </w:r>
      <w:proofErr w:type="spellStart"/>
      <w:r w:rsidR="00AB2C67">
        <w:rPr>
          <w:rStyle w:val="Vurgu"/>
          <w:b/>
        </w:rPr>
        <w:t>Punkte</w:t>
      </w:r>
      <w:proofErr w:type="spellEnd"/>
      <w:r w:rsidR="00AB2C67">
        <w:rPr>
          <w:rStyle w:val="Vurgu"/>
          <w:b/>
        </w:rPr>
        <w:t>)</w:t>
      </w:r>
    </w:p>
    <w:tbl>
      <w:tblPr>
        <w:tblStyle w:val="TabloKlavuzu"/>
        <w:tblpPr w:leftFromText="141" w:rightFromText="141" w:vertAnchor="text" w:horzAnchor="margin" w:tblpX="175" w:tblpY="1083"/>
        <w:tblW w:w="0" w:type="auto"/>
        <w:tblLook w:val="04A0" w:firstRow="1" w:lastRow="0" w:firstColumn="1" w:lastColumn="0" w:noHBand="0" w:noVBand="1"/>
      </w:tblPr>
      <w:tblGrid>
        <w:gridCol w:w="5130"/>
        <w:gridCol w:w="5485"/>
      </w:tblGrid>
      <w:tr w:rsidR="000538F7" w14:paraId="4B80EA81" w14:textId="77777777" w:rsidTr="00A3786B">
        <w:tc>
          <w:tcPr>
            <w:tcW w:w="5130" w:type="dxa"/>
          </w:tcPr>
          <w:p w14:paraId="5576F9D3" w14:textId="77777777" w:rsidR="000538F7" w:rsidRPr="003257DD" w:rsidRDefault="000538F7" w:rsidP="00A3786B">
            <w:pPr>
              <w:jc w:val="center"/>
              <w:rPr>
                <w:b/>
              </w:rPr>
            </w:pPr>
            <w:proofErr w:type="spellStart"/>
            <w:r w:rsidRPr="003257DD">
              <w:rPr>
                <w:b/>
              </w:rPr>
              <w:t>Begrüßung</w:t>
            </w:r>
            <w:r w:rsidR="00CD4CCB" w:rsidRPr="003257DD">
              <w:rPr>
                <w:b/>
              </w:rPr>
              <w:t>en</w:t>
            </w:r>
            <w:proofErr w:type="spellEnd"/>
          </w:p>
        </w:tc>
        <w:tc>
          <w:tcPr>
            <w:tcW w:w="5485" w:type="dxa"/>
          </w:tcPr>
          <w:p w14:paraId="505AEE9D" w14:textId="77777777" w:rsidR="000538F7" w:rsidRPr="003257DD" w:rsidRDefault="000538F7" w:rsidP="00A3786B">
            <w:pPr>
              <w:jc w:val="center"/>
              <w:rPr>
                <w:b/>
              </w:rPr>
            </w:pPr>
            <w:proofErr w:type="spellStart"/>
            <w:r w:rsidRPr="003257DD">
              <w:rPr>
                <w:b/>
              </w:rPr>
              <w:t>Verabschiedung</w:t>
            </w:r>
            <w:r w:rsidR="00CD4CCB" w:rsidRPr="003257DD">
              <w:rPr>
                <w:b/>
              </w:rPr>
              <w:t>en</w:t>
            </w:r>
            <w:proofErr w:type="spellEnd"/>
          </w:p>
        </w:tc>
      </w:tr>
      <w:tr w:rsidR="000538F7" w14:paraId="2F944640" w14:textId="77777777" w:rsidTr="00A3786B">
        <w:tc>
          <w:tcPr>
            <w:tcW w:w="5130" w:type="dxa"/>
          </w:tcPr>
          <w:p w14:paraId="2BB13F2A" w14:textId="77777777" w:rsidR="000538F7" w:rsidRDefault="000538F7" w:rsidP="00A3786B">
            <w:pPr>
              <w:pStyle w:val="AralkYok"/>
            </w:pPr>
          </w:p>
          <w:p w14:paraId="49D1021A" w14:textId="77777777" w:rsidR="003257DD" w:rsidRDefault="003257DD" w:rsidP="00A3786B">
            <w:pPr>
              <w:pStyle w:val="AralkYok"/>
            </w:pPr>
          </w:p>
        </w:tc>
        <w:tc>
          <w:tcPr>
            <w:tcW w:w="5485" w:type="dxa"/>
          </w:tcPr>
          <w:p w14:paraId="724A8319" w14:textId="77777777" w:rsidR="000538F7" w:rsidRDefault="000538F7" w:rsidP="00A3786B"/>
        </w:tc>
      </w:tr>
      <w:tr w:rsidR="000538F7" w14:paraId="659E6688" w14:textId="77777777" w:rsidTr="00A3786B">
        <w:tc>
          <w:tcPr>
            <w:tcW w:w="5130" w:type="dxa"/>
          </w:tcPr>
          <w:p w14:paraId="6657DBF1" w14:textId="77777777" w:rsidR="000538F7" w:rsidRDefault="000538F7" w:rsidP="00A3786B">
            <w:pPr>
              <w:pStyle w:val="AralkYok"/>
            </w:pPr>
          </w:p>
          <w:p w14:paraId="539D8C75" w14:textId="77777777" w:rsidR="003257DD" w:rsidRDefault="003257DD" w:rsidP="00A3786B">
            <w:pPr>
              <w:pStyle w:val="AralkYok"/>
            </w:pPr>
          </w:p>
        </w:tc>
        <w:tc>
          <w:tcPr>
            <w:tcW w:w="5485" w:type="dxa"/>
          </w:tcPr>
          <w:p w14:paraId="5E225186" w14:textId="77777777" w:rsidR="000538F7" w:rsidRDefault="000538F7" w:rsidP="00A3786B"/>
        </w:tc>
      </w:tr>
      <w:tr w:rsidR="000538F7" w14:paraId="46EB3486" w14:textId="77777777" w:rsidTr="00A3786B">
        <w:tc>
          <w:tcPr>
            <w:tcW w:w="5130" w:type="dxa"/>
          </w:tcPr>
          <w:p w14:paraId="08D05BFB" w14:textId="77777777" w:rsidR="000538F7" w:rsidRDefault="000538F7" w:rsidP="00A3786B">
            <w:pPr>
              <w:pStyle w:val="AralkYok"/>
            </w:pPr>
          </w:p>
          <w:p w14:paraId="3C65673A" w14:textId="77777777" w:rsidR="003257DD" w:rsidRDefault="003257DD" w:rsidP="00A3786B">
            <w:pPr>
              <w:pStyle w:val="AralkYok"/>
            </w:pPr>
          </w:p>
        </w:tc>
        <w:tc>
          <w:tcPr>
            <w:tcW w:w="5485" w:type="dxa"/>
          </w:tcPr>
          <w:p w14:paraId="1935FB02" w14:textId="77777777" w:rsidR="000538F7" w:rsidRDefault="000538F7" w:rsidP="00A3786B"/>
        </w:tc>
      </w:tr>
      <w:tr w:rsidR="000538F7" w14:paraId="5D6F7F6C" w14:textId="77777777" w:rsidTr="00A3786B">
        <w:tc>
          <w:tcPr>
            <w:tcW w:w="5130" w:type="dxa"/>
          </w:tcPr>
          <w:p w14:paraId="484AC661" w14:textId="77777777" w:rsidR="000538F7" w:rsidRDefault="000538F7" w:rsidP="00A3786B">
            <w:pPr>
              <w:pStyle w:val="AralkYok"/>
            </w:pPr>
          </w:p>
        </w:tc>
        <w:tc>
          <w:tcPr>
            <w:tcW w:w="5485" w:type="dxa"/>
          </w:tcPr>
          <w:p w14:paraId="77A95EF0" w14:textId="77777777" w:rsidR="000538F7" w:rsidRDefault="000538F7" w:rsidP="00A3786B"/>
          <w:p w14:paraId="37AC0603" w14:textId="77777777" w:rsidR="003257DD" w:rsidRDefault="003257DD" w:rsidP="00A3786B"/>
        </w:tc>
      </w:tr>
    </w:tbl>
    <w:p w14:paraId="19784660" w14:textId="77777777" w:rsidR="00A3786B" w:rsidRDefault="000538F7" w:rsidP="00CF47AA">
      <w:pPr>
        <w:pStyle w:val="AralkYok"/>
      </w:pPr>
      <w:r>
        <w:t xml:space="preserve">        </w:t>
      </w:r>
      <w:proofErr w:type="spellStart"/>
      <w:r>
        <w:t>Guten</w:t>
      </w:r>
      <w:proofErr w:type="spellEnd"/>
      <w:r>
        <w:t xml:space="preserve"> Tag!     </w:t>
      </w:r>
      <w:proofErr w:type="spellStart"/>
      <w:r>
        <w:t>Tschüss</w:t>
      </w:r>
      <w:proofErr w:type="spellEnd"/>
      <w:r>
        <w:t xml:space="preserve">!     Auf Wiedersehen!     </w:t>
      </w:r>
      <w:proofErr w:type="spellStart"/>
      <w:r>
        <w:t>Guten</w:t>
      </w:r>
      <w:proofErr w:type="spellEnd"/>
      <w:r>
        <w:t xml:space="preserve"> Morgen!     </w:t>
      </w:r>
      <w:proofErr w:type="spellStart"/>
      <w:r>
        <w:t>Guten</w:t>
      </w:r>
      <w:proofErr w:type="spellEnd"/>
      <w:r>
        <w:t xml:space="preserve"> Abend!     Hi!     Bis Bald!     </w:t>
      </w:r>
      <w:proofErr w:type="spellStart"/>
      <w:r>
        <w:t>Gute</w:t>
      </w:r>
      <w:proofErr w:type="spellEnd"/>
      <w:r>
        <w:t xml:space="preserve"> Nacht!</w:t>
      </w:r>
    </w:p>
    <w:p w14:paraId="3630992F" w14:textId="77777777" w:rsidR="00A3786B" w:rsidRDefault="00A3786B" w:rsidP="00CF47AA">
      <w:pPr>
        <w:pStyle w:val="AralkYok"/>
      </w:pPr>
    </w:p>
    <w:p w14:paraId="01715E6B" w14:textId="77777777" w:rsidR="00A3786B" w:rsidRDefault="00A3786B" w:rsidP="00CF47AA">
      <w:pPr>
        <w:pStyle w:val="AralkYok"/>
      </w:pPr>
    </w:p>
    <w:p w14:paraId="753FE724" w14:textId="77777777" w:rsidR="00A3786B" w:rsidRDefault="00A3786B" w:rsidP="00CF47AA">
      <w:pPr>
        <w:pStyle w:val="AralkYok"/>
      </w:pPr>
    </w:p>
    <w:p w14:paraId="2F9339BB" w14:textId="77777777" w:rsidR="00CF47AA" w:rsidRDefault="00EB6364" w:rsidP="00CF47AA">
      <w:pPr>
        <w:pStyle w:val="AralkYok"/>
      </w:pPr>
      <w:r>
        <w:br/>
      </w:r>
    </w:p>
    <w:p w14:paraId="3E1A7E4B" w14:textId="77777777" w:rsidR="00CF47AA" w:rsidRDefault="00CF47AA" w:rsidP="00CF47AA">
      <w:pPr>
        <w:pStyle w:val="AralkYok"/>
      </w:pPr>
    </w:p>
    <w:p w14:paraId="196BE867" w14:textId="77777777" w:rsidR="00CF47AA" w:rsidRDefault="00062DC0" w:rsidP="00CF47AA">
      <w:pPr>
        <w:pStyle w:val="AralkYok"/>
        <w:rPr>
          <w:rStyle w:val="Vurgu"/>
          <w:b/>
        </w:rPr>
      </w:pPr>
      <w:proofErr w:type="spellStart"/>
      <w:r>
        <w:rPr>
          <w:b/>
        </w:rPr>
        <w:t>Übung</w:t>
      </w:r>
      <w:proofErr w:type="spellEnd"/>
      <w:r>
        <w:rPr>
          <w:b/>
        </w:rPr>
        <w:t xml:space="preserve"> </w:t>
      </w:r>
      <w:r w:rsidR="004F56DF" w:rsidRPr="004F56DF">
        <w:rPr>
          <w:b/>
        </w:rPr>
        <w:t>B</w:t>
      </w:r>
      <w:r>
        <w:rPr>
          <w:b/>
        </w:rPr>
        <w:t xml:space="preserve"> - </w:t>
      </w:r>
      <w:proofErr w:type="spellStart"/>
      <w:r w:rsidR="00CF47AA" w:rsidRPr="004F56DF">
        <w:rPr>
          <w:b/>
        </w:rPr>
        <w:t>Schreibe</w:t>
      </w:r>
      <w:proofErr w:type="spellEnd"/>
      <w:r w:rsidR="00CF47AA" w:rsidRPr="004F56DF">
        <w:rPr>
          <w:b/>
        </w:rPr>
        <w:t xml:space="preserve"> die </w:t>
      </w:r>
      <w:proofErr w:type="spellStart"/>
      <w:r w:rsidR="00CF47AA" w:rsidRPr="004F56DF">
        <w:rPr>
          <w:b/>
        </w:rPr>
        <w:t>passenden</w:t>
      </w:r>
      <w:proofErr w:type="spellEnd"/>
      <w:r w:rsidR="00CF47AA" w:rsidRPr="004F56DF">
        <w:rPr>
          <w:b/>
        </w:rPr>
        <w:t xml:space="preserve"> </w:t>
      </w:r>
      <w:proofErr w:type="spellStart"/>
      <w:r w:rsidR="00CF47AA" w:rsidRPr="004F56DF">
        <w:rPr>
          <w:b/>
        </w:rPr>
        <w:t>Grüße</w:t>
      </w:r>
      <w:proofErr w:type="spellEnd"/>
      <w:r w:rsidR="00CF47AA" w:rsidRPr="004F56DF">
        <w:rPr>
          <w:b/>
        </w:rPr>
        <w:t xml:space="preserve"> </w:t>
      </w:r>
      <w:proofErr w:type="spellStart"/>
      <w:r w:rsidR="00CF47AA" w:rsidRPr="004F56DF">
        <w:rPr>
          <w:b/>
        </w:rPr>
        <w:t>unter</w:t>
      </w:r>
      <w:proofErr w:type="spellEnd"/>
      <w:r w:rsidR="00CF47AA" w:rsidRPr="004F56DF">
        <w:rPr>
          <w:b/>
        </w:rPr>
        <w:t xml:space="preserve"> die </w:t>
      </w:r>
      <w:proofErr w:type="spellStart"/>
      <w:r w:rsidR="00CF47AA" w:rsidRPr="004F56DF">
        <w:rPr>
          <w:b/>
        </w:rPr>
        <w:t>Bilder</w:t>
      </w:r>
      <w:proofErr w:type="spellEnd"/>
      <w:r w:rsidR="00CF47AA">
        <w:t>. (</w:t>
      </w:r>
      <w:proofErr w:type="spellStart"/>
      <w:r w:rsidR="00CF47AA" w:rsidRPr="004F56DF">
        <w:rPr>
          <w:b/>
          <w:i/>
        </w:rPr>
        <w:t>Guten</w:t>
      </w:r>
      <w:proofErr w:type="spellEnd"/>
      <w:r w:rsidR="00CF47AA" w:rsidRPr="004F56DF">
        <w:rPr>
          <w:b/>
          <w:i/>
        </w:rPr>
        <w:t xml:space="preserve"> Morgen – </w:t>
      </w:r>
      <w:proofErr w:type="spellStart"/>
      <w:r w:rsidR="00CF47AA" w:rsidRPr="004F56DF">
        <w:rPr>
          <w:b/>
          <w:i/>
        </w:rPr>
        <w:t>Guten</w:t>
      </w:r>
      <w:proofErr w:type="spellEnd"/>
      <w:r w:rsidR="00CF47AA" w:rsidRPr="004F56DF">
        <w:rPr>
          <w:b/>
          <w:i/>
        </w:rPr>
        <w:t xml:space="preserve"> Tag – </w:t>
      </w:r>
      <w:proofErr w:type="spellStart"/>
      <w:r w:rsidR="00CF47AA" w:rsidRPr="004F56DF">
        <w:rPr>
          <w:b/>
          <w:i/>
        </w:rPr>
        <w:t>Guten</w:t>
      </w:r>
      <w:proofErr w:type="spellEnd"/>
      <w:r w:rsidR="00CF47AA" w:rsidRPr="004F56DF">
        <w:rPr>
          <w:b/>
          <w:i/>
        </w:rPr>
        <w:t xml:space="preserve"> Abend – </w:t>
      </w:r>
      <w:proofErr w:type="spellStart"/>
      <w:r w:rsidR="00CF47AA" w:rsidRPr="004F56DF">
        <w:rPr>
          <w:b/>
          <w:i/>
        </w:rPr>
        <w:t>Gute</w:t>
      </w:r>
      <w:proofErr w:type="spellEnd"/>
      <w:r w:rsidR="00CF47AA" w:rsidRPr="004F56DF">
        <w:rPr>
          <w:b/>
          <w:i/>
        </w:rPr>
        <w:t xml:space="preserve"> Nacht</w:t>
      </w:r>
      <w:r w:rsidR="00CF47AA">
        <w:t>)</w:t>
      </w:r>
      <w:r w:rsidR="004F56DF" w:rsidRPr="004F56DF">
        <w:t xml:space="preserve"> </w:t>
      </w:r>
      <w:r w:rsidR="004F56DF" w:rsidRPr="00062DC0">
        <w:rPr>
          <w:i/>
        </w:rPr>
        <w:t>(</w:t>
      </w:r>
      <w:proofErr w:type="spellStart"/>
      <w:r w:rsidRPr="00062DC0">
        <w:rPr>
          <w:i/>
        </w:rPr>
        <w:t>Alıştırma</w:t>
      </w:r>
      <w:proofErr w:type="spellEnd"/>
      <w:r w:rsidRPr="00062DC0">
        <w:rPr>
          <w:i/>
        </w:rPr>
        <w:t xml:space="preserve"> B- </w:t>
      </w:r>
      <w:proofErr w:type="spellStart"/>
      <w:r w:rsidR="004F56DF" w:rsidRPr="00062DC0">
        <w:rPr>
          <w:i/>
        </w:rPr>
        <w:t>Resimlerin</w:t>
      </w:r>
      <w:proofErr w:type="spellEnd"/>
      <w:r w:rsidR="004F56DF" w:rsidRPr="00062DC0">
        <w:rPr>
          <w:i/>
        </w:rPr>
        <w:t xml:space="preserve"> </w:t>
      </w:r>
      <w:proofErr w:type="spellStart"/>
      <w:r w:rsidR="004F56DF" w:rsidRPr="00062DC0">
        <w:rPr>
          <w:i/>
        </w:rPr>
        <w:t>altına</w:t>
      </w:r>
      <w:proofErr w:type="spellEnd"/>
      <w:r w:rsidR="004F56DF" w:rsidRPr="00062DC0">
        <w:rPr>
          <w:i/>
        </w:rPr>
        <w:t xml:space="preserve"> </w:t>
      </w:r>
      <w:proofErr w:type="spellStart"/>
      <w:r w:rsidR="004F56DF" w:rsidRPr="00062DC0">
        <w:rPr>
          <w:i/>
        </w:rPr>
        <w:t>uygun</w:t>
      </w:r>
      <w:proofErr w:type="spellEnd"/>
      <w:r w:rsidR="004F56DF" w:rsidRPr="00062DC0">
        <w:rPr>
          <w:i/>
        </w:rPr>
        <w:t xml:space="preserve"> </w:t>
      </w:r>
      <w:proofErr w:type="spellStart"/>
      <w:r w:rsidR="004F56DF" w:rsidRPr="00062DC0">
        <w:rPr>
          <w:i/>
        </w:rPr>
        <w:t>selamlaşma</w:t>
      </w:r>
      <w:proofErr w:type="spellEnd"/>
      <w:r w:rsidR="004F56DF" w:rsidRPr="00062DC0">
        <w:rPr>
          <w:i/>
        </w:rPr>
        <w:t xml:space="preserve"> </w:t>
      </w:r>
      <w:proofErr w:type="spellStart"/>
      <w:r w:rsidR="004F56DF" w:rsidRPr="00062DC0">
        <w:rPr>
          <w:i/>
        </w:rPr>
        <w:t>ifadelerini</w:t>
      </w:r>
      <w:proofErr w:type="spellEnd"/>
      <w:r w:rsidR="004F56DF" w:rsidRPr="00062DC0">
        <w:rPr>
          <w:i/>
        </w:rPr>
        <w:t xml:space="preserve"> </w:t>
      </w:r>
      <w:proofErr w:type="spellStart"/>
      <w:r w:rsidR="004F56DF" w:rsidRPr="00062DC0">
        <w:rPr>
          <w:i/>
        </w:rPr>
        <w:t>yazınız</w:t>
      </w:r>
      <w:proofErr w:type="spellEnd"/>
      <w:r w:rsidR="004F56DF" w:rsidRPr="00062DC0">
        <w:rPr>
          <w:i/>
        </w:rPr>
        <w:t>.)</w:t>
      </w:r>
      <w:r w:rsidR="00AB2C67" w:rsidRPr="00AB2C67">
        <w:rPr>
          <w:rStyle w:val="Vurgu"/>
          <w:b/>
        </w:rPr>
        <w:t xml:space="preserve"> </w:t>
      </w:r>
      <w:r w:rsidR="00AB2C67">
        <w:rPr>
          <w:rStyle w:val="Vurgu"/>
          <w:b/>
        </w:rPr>
        <w:t xml:space="preserve">(4x3= 12 </w:t>
      </w:r>
      <w:proofErr w:type="spellStart"/>
      <w:r w:rsidR="00AB2C67">
        <w:rPr>
          <w:rStyle w:val="Vurgu"/>
          <w:b/>
        </w:rPr>
        <w:t>Punkte</w:t>
      </w:r>
      <w:proofErr w:type="spellEnd"/>
      <w:r w:rsidR="00AB2C67">
        <w:rPr>
          <w:rStyle w:val="Vurgu"/>
          <w:b/>
        </w:rPr>
        <w:t>)</w:t>
      </w:r>
    </w:p>
    <w:p w14:paraId="5BBF7322" w14:textId="77777777" w:rsidR="00A3786B" w:rsidRPr="00062DC0" w:rsidRDefault="00A3786B" w:rsidP="00CF47AA">
      <w:pPr>
        <w:pStyle w:val="AralkYok"/>
        <w:rPr>
          <w:i/>
        </w:rPr>
      </w:pPr>
    </w:p>
    <w:p w14:paraId="5AB0D6A3" w14:textId="77777777" w:rsidR="003257DD" w:rsidRDefault="00F36809">
      <w:r w:rsidRPr="00CF47AA">
        <w:rPr>
          <w:noProof/>
          <w:lang w:val="tr-TR" w:eastAsia="tr-TR"/>
        </w:rPr>
        <w:drawing>
          <wp:anchor distT="0" distB="0" distL="114300" distR="114300" simplePos="0" relativeHeight="251717120" behindDoc="1" locked="0" layoutInCell="1" allowOverlap="1" wp14:anchorId="2900AFB6" wp14:editId="1A619FC7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485900" cy="89535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9D" w:rsidRPr="00CF47AA">
        <w:rPr>
          <w:noProof/>
          <w:lang w:val="tr-TR" w:eastAsia="tr-TR"/>
        </w:rPr>
        <w:drawing>
          <wp:anchor distT="0" distB="0" distL="114300" distR="114300" simplePos="0" relativeHeight="251628032" behindDoc="1" locked="0" layoutInCell="1" allowOverlap="1" wp14:anchorId="2E3B53C9" wp14:editId="350A0C3A">
            <wp:simplePos x="0" y="0"/>
            <wp:positionH relativeFrom="column">
              <wp:posOffset>5486400</wp:posOffset>
            </wp:positionH>
            <wp:positionV relativeFrom="paragraph">
              <wp:posOffset>26670</wp:posOffset>
            </wp:positionV>
            <wp:extent cx="1485900" cy="866775"/>
            <wp:effectExtent l="0" t="0" r="0" b="952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9D" w:rsidRPr="00CF47AA">
        <w:rPr>
          <w:noProof/>
          <w:lang w:val="tr-TR" w:eastAsia="tr-TR"/>
        </w:rPr>
        <w:drawing>
          <wp:anchor distT="0" distB="0" distL="114300" distR="114300" simplePos="0" relativeHeight="251664896" behindDoc="1" locked="0" layoutInCell="1" allowOverlap="1" wp14:anchorId="5D83EE7A" wp14:editId="29609D42">
            <wp:simplePos x="0" y="0"/>
            <wp:positionH relativeFrom="column">
              <wp:posOffset>3667125</wp:posOffset>
            </wp:positionH>
            <wp:positionV relativeFrom="paragraph">
              <wp:posOffset>26670</wp:posOffset>
            </wp:positionV>
            <wp:extent cx="1476375" cy="866775"/>
            <wp:effectExtent l="0" t="0" r="9525" b="952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9D" w:rsidRPr="00CF47AA">
        <w:rPr>
          <w:noProof/>
          <w:lang w:val="tr-TR" w:eastAsia="tr-TR"/>
        </w:rPr>
        <w:drawing>
          <wp:anchor distT="0" distB="0" distL="114300" distR="114300" simplePos="0" relativeHeight="251696640" behindDoc="1" locked="0" layoutInCell="1" allowOverlap="1" wp14:anchorId="7A7DA5C5" wp14:editId="414D6AA1">
            <wp:simplePos x="0" y="0"/>
            <wp:positionH relativeFrom="column">
              <wp:posOffset>1828800</wp:posOffset>
            </wp:positionH>
            <wp:positionV relativeFrom="paragraph">
              <wp:posOffset>26670</wp:posOffset>
            </wp:positionV>
            <wp:extent cx="1485385" cy="866775"/>
            <wp:effectExtent l="0" t="0" r="63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25" cy="8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364">
        <w:br/>
      </w:r>
      <w:r w:rsidR="004F56DF">
        <w:t xml:space="preserve"> </w:t>
      </w:r>
      <w:r w:rsidR="004F56DF">
        <w:rPr>
          <w:color w:val="FFFFFF" w:themeColor="background1"/>
        </w:rPr>
        <w:t>(2</w:t>
      </w:r>
      <w:r w:rsidR="004F56DF" w:rsidRPr="004F56DF">
        <w:rPr>
          <w:color w:val="FFFFFF" w:themeColor="background1"/>
        </w:rPr>
        <w:t>3.00</w:t>
      </w:r>
      <w:r w:rsidR="004F56DF">
        <w:rPr>
          <w:color w:val="FFFFFF" w:themeColor="background1"/>
        </w:rPr>
        <w:t xml:space="preserve">)                                              </w:t>
      </w:r>
      <w:proofErr w:type="gramStart"/>
      <w:r w:rsidR="004F56DF">
        <w:rPr>
          <w:color w:val="FFFFFF" w:themeColor="background1"/>
        </w:rPr>
        <w:t xml:space="preserve">   </w:t>
      </w:r>
      <w:r w:rsidR="004F56DF" w:rsidRPr="004F56DF">
        <w:t>(</w:t>
      </w:r>
      <w:proofErr w:type="gramEnd"/>
      <w:r w:rsidR="004F56DF" w:rsidRPr="004F56DF">
        <w:rPr>
          <w:b/>
        </w:rPr>
        <w:t>18.30</w:t>
      </w:r>
      <w:r w:rsidR="004F56DF">
        <w:rPr>
          <w:b/>
        </w:rPr>
        <w:t>)                                         ( 14.00)                                           (06.00)</w:t>
      </w:r>
    </w:p>
    <w:p w14:paraId="4D270BA6" w14:textId="77777777" w:rsidR="003257DD" w:rsidRDefault="003257DD"/>
    <w:p w14:paraId="6DF6B060" w14:textId="77777777" w:rsidR="003257DD" w:rsidRDefault="003257DD" w:rsidP="00F36809">
      <w:pPr>
        <w:pStyle w:val="AralkYok"/>
      </w:pPr>
    </w:p>
    <w:p w14:paraId="2BD9413F" w14:textId="77777777" w:rsidR="00F36809" w:rsidRDefault="00F36809" w:rsidP="004F56DF">
      <w:pPr>
        <w:pStyle w:val="AralkYok"/>
      </w:pPr>
    </w:p>
    <w:p w14:paraId="48A8D6CB" w14:textId="77777777" w:rsidR="004F56DF" w:rsidRDefault="004F56DF" w:rsidP="004F56DF">
      <w:pPr>
        <w:pStyle w:val="AralkYok"/>
      </w:pPr>
      <w:r>
        <w:t>…………………………………….           …………………………………….          …………………………………….           ……………………………………</w:t>
      </w:r>
    </w:p>
    <w:p w14:paraId="1044F979" w14:textId="77777777" w:rsidR="004F56DF" w:rsidRDefault="004F56DF" w:rsidP="00AB2C67">
      <w:pPr>
        <w:pStyle w:val="AralkYok"/>
      </w:pPr>
    </w:p>
    <w:p w14:paraId="412354A0" w14:textId="77777777" w:rsidR="00A3786B" w:rsidRDefault="00A3786B" w:rsidP="00A3786B">
      <w:proofErr w:type="spellStart"/>
      <w:r>
        <w:rPr>
          <w:b/>
        </w:rPr>
        <w:t>Übung</w:t>
      </w:r>
      <w:proofErr w:type="spellEnd"/>
      <w:r>
        <w:rPr>
          <w:b/>
        </w:rPr>
        <w:t xml:space="preserve"> C </w:t>
      </w:r>
      <w:proofErr w:type="gramStart"/>
      <w:r>
        <w:rPr>
          <w:b/>
        </w:rPr>
        <w:t xml:space="preserve">- </w:t>
      </w:r>
      <w:r w:rsidRPr="004F56DF">
        <w:rPr>
          <w:b/>
        </w:rPr>
        <w:t xml:space="preserve"> </w:t>
      </w:r>
      <w:proofErr w:type="spellStart"/>
      <w:r>
        <w:rPr>
          <w:rStyle w:val="Gl"/>
        </w:rPr>
        <w:t>Schreibe</w:t>
      </w:r>
      <w:proofErr w:type="spellEnd"/>
      <w:proofErr w:type="gramEnd"/>
      <w:r>
        <w:rPr>
          <w:rStyle w:val="Gl"/>
        </w:rPr>
        <w:t xml:space="preserve"> die </w:t>
      </w:r>
      <w:proofErr w:type="spellStart"/>
      <w:r>
        <w:rPr>
          <w:rStyle w:val="Gl"/>
        </w:rPr>
        <w:t>Zahlen</w:t>
      </w:r>
      <w:proofErr w:type="spellEnd"/>
      <w:r>
        <w:rPr>
          <w:rStyle w:val="Gl"/>
        </w:rPr>
        <w:t xml:space="preserve"> in </w:t>
      </w:r>
      <w:proofErr w:type="spellStart"/>
      <w:r>
        <w:rPr>
          <w:rStyle w:val="Gl"/>
        </w:rPr>
        <w:t>Worten</w:t>
      </w:r>
      <w:proofErr w:type="spellEnd"/>
      <w:r>
        <w:rPr>
          <w:rStyle w:val="Gl"/>
        </w:rPr>
        <w:t xml:space="preserve"> und </w:t>
      </w:r>
      <w:proofErr w:type="spellStart"/>
      <w:r>
        <w:rPr>
          <w:rStyle w:val="Gl"/>
        </w:rPr>
        <w:t>Ziffern</w:t>
      </w:r>
      <w:proofErr w:type="spellEnd"/>
      <w:r>
        <w:rPr>
          <w:rStyle w:val="Gl"/>
        </w:rPr>
        <w:t xml:space="preserve">. </w:t>
      </w:r>
      <w:r>
        <w:rPr>
          <w:rStyle w:val="Vurgu"/>
        </w:rPr>
        <w:t>(</w:t>
      </w:r>
      <w:proofErr w:type="spellStart"/>
      <w:r>
        <w:rPr>
          <w:rStyle w:val="Vurgu"/>
        </w:rPr>
        <w:t>Alıştırma</w:t>
      </w:r>
      <w:proofErr w:type="spellEnd"/>
      <w:r>
        <w:rPr>
          <w:rStyle w:val="Vurgu"/>
        </w:rPr>
        <w:t xml:space="preserve"> C - </w:t>
      </w:r>
      <w:proofErr w:type="spellStart"/>
      <w:r>
        <w:rPr>
          <w:rStyle w:val="Vurgu"/>
        </w:rPr>
        <w:t>Sayıları</w:t>
      </w:r>
      <w:proofErr w:type="spellEnd"/>
      <w:r>
        <w:rPr>
          <w:rStyle w:val="Vurgu"/>
        </w:rPr>
        <w:t xml:space="preserve"> </w:t>
      </w:r>
      <w:proofErr w:type="spellStart"/>
      <w:r>
        <w:rPr>
          <w:rStyle w:val="Vurgu"/>
        </w:rPr>
        <w:t>yazıyla</w:t>
      </w:r>
      <w:proofErr w:type="spellEnd"/>
      <w:r>
        <w:rPr>
          <w:rStyle w:val="Vurgu"/>
        </w:rPr>
        <w:t xml:space="preserve"> </w:t>
      </w:r>
      <w:proofErr w:type="spellStart"/>
      <w:r>
        <w:rPr>
          <w:rStyle w:val="Vurgu"/>
        </w:rPr>
        <w:t>ve</w:t>
      </w:r>
      <w:proofErr w:type="spellEnd"/>
      <w:r>
        <w:rPr>
          <w:rStyle w:val="Vurgu"/>
        </w:rPr>
        <w:t xml:space="preserve"> </w:t>
      </w:r>
      <w:proofErr w:type="spellStart"/>
      <w:r>
        <w:rPr>
          <w:rStyle w:val="Vurgu"/>
        </w:rPr>
        <w:t>rakamla</w:t>
      </w:r>
      <w:proofErr w:type="spellEnd"/>
      <w:r>
        <w:rPr>
          <w:rStyle w:val="Vurgu"/>
        </w:rPr>
        <w:t xml:space="preserve"> </w:t>
      </w:r>
      <w:proofErr w:type="spellStart"/>
      <w:r>
        <w:rPr>
          <w:rStyle w:val="Vurgu"/>
        </w:rPr>
        <w:t>yaz</w:t>
      </w:r>
      <w:r>
        <w:t>ınız</w:t>
      </w:r>
      <w:proofErr w:type="spellEnd"/>
      <w:r>
        <w:t>.)</w:t>
      </w:r>
      <w:r>
        <w:tab/>
        <w:t xml:space="preserve">          </w:t>
      </w:r>
      <w:r>
        <w:rPr>
          <w:rStyle w:val="Vurgu"/>
          <w:b/>
        </w:rPr>
        <w:t xml:space="preserve">(8x3= 24 </w:t>
      </w:r>
      <w:proofErr w:type="spellStart"/>
      <w:r>
        <w:rPr>
          <w:rStyle w:val="Vurgu"/>
          <w:b/>
        </w:rPr>
        <w:t>Punkte</w:t>
      </w:r>
      <w:proofErr w:type="spellEnd"/>
      <w:r>
        <w:rPr>
          <w:rStyle w:val="Vurgu"/>
          <w:b/>
        </w:rPr>
        <w:t>)</w:t>
      </w:r>
    </w:p>
    <w:p w14:paraId="03724469" w14:textId="77777777" w:rsidR="00A3786B" w:rsidRDefault="00A3786B" w:rsidP="00A3786B">
      <w:pPr>
        <w:spacing w:line="240" w:lineRule="auto"/>
      </w:pPr>
      <w:proofErr w:type="gramStart"/>
      <w:r>
        <w:t>18  …</w:t>
      </w:r>
      <w:proofErr w:type="gramEnd"/>
      <w:r>
        <w:t xml:space="preserve">…………………………………………..…     </w:t>
      </w:r>
      <w:r>
        <w:tab/>
      </w:r>
      <w:r>
        <w:tab/>
      </w:r>
      <w:proofErr w:type="spellStart"/>
      <w:r>
        <w:t>sechzehn</w:t>
      </w:r>
      <w:proofErr w:type="spellEnd"/>
      <w:r>
        <w:t xml:space="preserve">    ………..</w:t>
      </w:r>
      <w:r w:rsidRPr="003257DD">
        <w:t xml:space="preserve"> </w:t>
      </w:r>
      <w:r>
        <w:t xml:space="preserve">      </w:t>
      </w:r>
    </w:p>
    <w:p w14:paraId="51B73228" w14:textId="77777777" w:rsidR="00A3786B" w:rsidRDefault="00A3786B" w:rsidP="00A3786B">
      <w:pPr>
        <w:spacing w:line="240" w:lineRule="auto"/>
      </w:pPr>
      <w:r>
        <w:t xml:space="preserve">9    ………………………………………………..     </w:t>
      </w:r>
      <w:r>
        <w:tab/>
      </w:r>
      <w:r>
        <w:tab/>
      </w:r>
      <w:proofErr w:type="spellStart"/>
      <w:r>
        <w:t>neunzehn</w:t>
      </w:r>
      <w:proofErr w:type="spellEnd"/>
      <w:r>
        <w:t xml:space="preserve">   ……….</w:t>
      </w:r>
    </w:p>
    <w:p w14:paraId="7C0C0357" w14:textId="77777777" w:rsidR="00A3786B" w:rsidRDefault="00A3786B" w:rsidP="00A3786B">
      <w:pPr>
        <w:spacing w:line="240" w:lineRule="auto"/>
      </w:pPr>
      <w:proofErr w:type="gramStart"/>
      <w:r>
        <w:t>11  …</w:t>
      </w:r>
      <w:proofErr w:type="gramEnd"/>
      <w:r>
        <w:t xml:space="preserve">…………………………………..………....  </w:t>
      </w:r>
      <w:r>
        <w:tab/>
      </w:r>
      <w:r>
        <w:tab/>
      </w:r>
      <w:r>
        <w:tab/>
      </w:r>
      <w:proofErr w:type="spellStart"/>
      <w:r>
        <w:t>sechs</w:t>
      </w:r>
      <w:proofErr w:type="spellEnd"/>
      <w:r>
        <w:t xml:space="preserve">           ………..</w:t>
      </w:r>
      <w:r w:rsidRPr="003257DD">
        <w:t xml:space="preserve"> </w:t>
      </w:r>
      <w:r>
        <w:t xml:space="preserve">      </w:t>
      </w:r>
    </w:p>
    <w:p w14:paraId="73E92680" w14:textId="77777777" w:rsidR="00A3786B" w:rsidRDefault="00A3786B" w:rsidP="00A3786B">
      <w:pPr>
        <w:spacing w:line="240" w:lineRule="auto"/>
      </w:pPr>
      <w:proofErr w:type="gramStart"/>
      <w:r>
        <w:t>15  …</w:t>
      </w:r>
      <w:proofErr w:type="gramEnd"/>
      <w:r>
        <w:t xml:space="preserve">……………………………………………..    </w:t>
      </w:r>
      <w:r>
        <w:tab/>
      </w:r>
      <w:r>
        <w:tab/>
        <w:t>vier              ……</w:t>
      </w:r>
      <w:proofErr w:type="gramStart"/>
      <w:r>
        <w:t>…..</w:t>
      </w:r>
      <w:proofErr w:type="gramEnd"/>
    </w:p>
    <w:p w14:paraId="5276ED1E" w14:textId="77777777" w:rsidR="00A3786B" w:rsidRDefault="00A3786B" w:rsidP="00AB2C67">
      <w:pPr>
        <w:pStyle w:val="AralkYok"/>
      </w:pPr>
    </w:p>
    <w:p w14:paraId="3773720A" w14:textId="77777777" w:rsidR="00A3786B" w:rsidRDefault="00A3786B" w:rsidP="00AB2C67">
      <w:pPr>
        <w:pStyle w:val="AralkYok"/>
      </w:pPr>
    </w:p>
    <w:p w14:paraId="62EAB0D0" w14:textId="77777777" w:rsidR="00062DC0" w:rsidRPr="00AF699D" w:rsidRDefault="00062DC0" w:rsidP="00062DC0">
      <w:pPr>
        <w:pStyle w:val="Balk3"/>
        <w:rPr>
          <w:b w:val="0"/>
          <w:color w:val="auto"/>
        </w:rPr>
      </w:pPr>
      <w:proofErr w:type="spellStart"/>
      <w:r>
        <w:rPr>
          <w:rStyle w:val="Gl"/>
          <w:b/>
          <w:bCs/>
          <w:color w:val="auto"/>
        </w:rPr>
        <w:t>Übung</w:t>
      </w:r>
      <w:proofErr w:type="spellEnd"/>
      <w:r>
        <w:rPr>
          <w:rStyle w:val="Gl"/>
          <w:b/>
          <w:bCs/>
          <w:color w:val="auto"/>
        </w:rPr>
        <w:t xml:space="preserve"> </w:t>
      </w:r>
      <w:r w:rsidR="00A3786B">
        <w:rPr>
          <w:rStyle w:val="Gl"/>
          <w:b/>
          <w:bCs/>
          <w:color w:val="auto"/>
        </w:rPr>
        <w:t>D</w:t>
      </w:r>
      <w:r w:rsidRPr="00062DC0">
        <w:rPr>
          <w:rStyle w:val="Gl"/>
          <w:b/>
          <w:bCs/>
          <w:color w:val="auto"/>
        </w:rPr>
        <w:t xml:space="preserve"> – </w:t>
      </w:r>
      <w:proofErr w:type="spellStart"/>
      <w:r w:rsidRPr="00062DC0">
        <w:rPr>
          <w:rStyle w:val="Gl"/>
          <w:b/>
          <w:bCs/>
          <w:color w:val="auto"/>
        </w:rPr>
        <w:t>Ergänze</w:t>
      </w:r>
      <w:proofErr w:type="spellEnd"/>
      <w:r w:rsidRPr="00062DC0">
        <w:rPr>
          <w:rStyle w:val="Gl"/>
          <w:b/>
          <w:bCs/>
          <w:color w:val="auto"/>
        </w:rPr>
        <w:t xml:space="preserve"> den Dialog </w:t>
      </w:r>
      <w:proofErr w:type="spellStart"/>
      <w:r w:rsidRPr="00062DC0">
        <w:rPr>
          <w:rStyle w:val="Gl"/>
          <w:b/>
          <w:bCs/>
          <w:color w:val="auto"/>
        </w:rPr>
        <w:t>mit</w:t>
      </w:r>
      <w:proofErr w:type="spellEnd"/>
      <w:r w:rsidRPr="00062DC0">
        <w:rPr>
          <w:rStyle w:val="Gl"/>
          <w:b/>
          <w:bCs/>
          <w:color w:val="auto"/>
        </w:rPr>
        <w:t xml:space="preserve"> den </w:t>
      </w:r>
      <w:proofErr w:type="spellStart"/>
      <w:r w:rsidRPr="00062DC0">
        <w:rPr>
          <w:rStyle w:val="Gl"/>
          <w:b/>
          <w:bCs/>
          <w:color w:val="auto"/>
        </w:rPr>
        <w:t>richtigen</w:t>
      </w:r>
      <w:proofErr w:type="spellEnd"/>
      <w:r w:rsidRPr="00062DC0">
        <w:rPr>
          <w:rStyle w:val="Gl"/>
          <w:b/>
          <w:bCs/>
          <w:color w:val="auto"/>
        </w:rPr>
        <w:t xml:space="preserve"> </w:t>
      </w:r>
      <w:proofErr w:type="spellStart"/>
      <w:r w:rsidRPr="00062DC0">
        <w:rPr>
          <w:rStyle w:val="Gl"/>
          <w:b/>
          <w:bCs/>
          <w:color w:val="auto"/>
        </w:rPr>
        <w:t>Wörtern</w:t>
      </w:r>
      <w:proofErr w:type="spellEnd"/>
      <w:r w:rsidRPr="00062DC0">
        <w:rPr>
          <w:rStyle w:val="Gl"/>
          <w:b/>
          <w:bCs/>
          <w:color w:val="auto"/>
        </w:rPr>
        <w:t xml:space="preserve"> </w:t>
      </w:r>
      <w:proofErr w:type="spellStart"/>
      <w:r w:rsidRPr="00062DC0">
        <w:rPr>
          <w:rStyle w:val="Gl"/>
          <w:b/>
          <w:bCs/>
          <w:color w:val="auto"/>
        </w:rPr>
        <w:t>oder</w:t>
      </w:r>
      <w:proofErr w:type="spellEnd"/>
      <w:r w:rsidRPr="00062DC0">
        <w:rPr>
          <w:rStyle w:val="Gl"/>
          <w:b/>
          <w:bCs/>
          <w:color w:val="auto"/>
        </w:rPr>
        <w:t xml:space="preserve"> </w:t>
      </w:r>
      <w:proofErr w:type="spellStart"/>
      <w:r w:rsidRPr="00062DC0">
        <w:rPr>
          <w:rStyle w:val="Gl"/>
          <w:b/>
          <w:bCs/>
          <w:color w:val="auto"/>
        </w:rPr>
        <w:t>Ausdrücken</w:t>
      </w:r>
      <w:proofErr w:type="spellEnd"/>
      <w:r w:rsidRPr="00062DC0">
        <w:rPr>
          <w:rStyle w:val="Gl"/>
          <w:b/>
          <w:bCs/>
          <w:color w:val="auto"/>
        </w:rPr>
        <w:t>.</w:t>
      </w:r>
      <w:r>
        <w:rPr>
          <w:rStyle w:val="Gl"/>
          <w:b/>
          <w:bCs/>
          <w:color w:val="auto"/>
        </w:rPr>
        <w:t xml:space="preserve"> </w:t>
      </w:r>
      <w:r w:rsidRPr="00AF699D">
        <w:rPr>
          <w:rStyle w:val="Vurgu"/>
          <w:b w:val="0"/>
          <w:color w:val="auto"/>
        </w:rPr>
        <w:t>(</w:t>
      </w:r>
      <w:proofErr w:type="spellStart"/>
      <w:r w:rsidRPr="00AF699D">
        <w:rPr>
          <w:rStyle w:val="Vurgu"/>
          <w:b w:val="0"/>
          <w:color w:val="auto"/>
        </w:rPr>
        <w:t>Alıştırma</w:t>
      </w:r>
      <w:proofErr w:type="spellEnd"/>
      <w:r w:rsidRPr="00AF699D">
        <w:rPr>
          <w:rStyle w:val="Vurgu"/>
          <w:b w:val="0"/>
          <w:color w:val="auto"/>
        </w:rPr>
        <w:t xml:space="preserve"> </w:t>
      </w:r>
      <w:r w:rsidR="00A3786B">
        <w:rPr>
          <w:rStyle w:val="Vurgu"/>
          <w:b w:val="0"/>
          <w:color w:val="auto"/>
        </w:rPr>
        <w:t>D</w:t>
      </w:r>
      <w:r w:rsidRPr="00AF699D">
        <w:rPr>
          <w:rStyle w:val="Vurgu"/>
          <w:b w:val="0"/>
          <w:color w:val="auto"/>
        </w:rPr>
        <w:t xml:space="preserve"> – </w:t>
      </w:r>
      <w:proofErr w:type="spellStart"/>
      <w:r w:rsidRPr="00AF699D">
        <w:rPr>
          <w:rStyle w:val="Vurgu"/>
          <w:b w:val="0"/>
          <w:color w:val="auto"/>
        </w:rPr>
        <w:t>Diyaloğu</w:t>
      </w:r>
      <w:proofErr w:type="spellEnd"/>
      <w:r w:rsidRPr="00AF699D">
        <w:rPr>
          <w:rStyle w:val="Vurgu"/>
          <w:b w:val="0"/>
          <w:color w:val="auto"/>
        </w:rPr>
        <w:t xml:space="preserve"> </w:t>
      </w:r>
      <w:proofErr w:type="spellStart"/>
      <w:r w:rsidRPr="00AF699D">
        <w:rPr>
          <w:rStyle w:val="Vurgu"/>
          <w:b w:val="0"/>
          <w:color w:val="auto"/>
        </w:rPr>
        <w:t>doğru</w:t>
      </w:r>
      <w:proofErr w:type="spellEnd"/>
      <w:r w:rsidRPr="00AF699D">
        <w:rPr>
          <w:rStyle w:val="Vurgu"/>
          <w:b w:val="0"/>
          <w:color w:val="auto"/>
        </w:rPr>
        <w:t xml:space="preserve"> </w:t>
      </w:r>
      <w:proofErr w:type="spellStart"/>
      <w:r w:rsidRPr="00AF699D">
        <w:rPr>
          <w:rStyle w:val="Vurgu"/>
          <w:b w:val="0"/>
          <w:color w:val="auto"/>
        </w:rPr>
        <w:t>kelime</w:t>
      </w:r>
      <w:proofErr w:type="spellEnd"/>
      <w:r w:rsidRPr="00AF699D">
        <w:rPr>
          <w:rStyle w:val="Vurgu"/>
          <w:b w:val="0"/>
          <w:color w:val="auto"/>
        </w:rPr>
        <w:t xml:space="preserve"> </w:t>
      </w:r>
      <w:proofErr w:type="spellStart"/>
      <w:r w:rsidRPr="00AF699D">
        <w:rPr>
          <w:rStyle w:val="Vurgu"/>
          <w:b w:val="0"/>
          <w:color w:val="auto"/>
        </w:rPr>
        <w:t>veya</w:t>
      </w:r>
      <w:proofErr w:type="spellEnd"/>
      <w:r w:rsidRPr="00AF699D">
        <w:rPr>
          <w:rStyle w:val="Vurgu"/>
          <w:b w:val="0"/>
          <w:color w:val="auto"/>
        </w:rPr>
        <w:t xml:space="preserve"> </w:t>
      </w:r>
      <w:proofErr w:type="spellStart"/>
      <w:r w:rsidRPr="00AF699D">
        <w:rPr>
          <w:rStyle w:val="Vurgu"/>
          <w:b w:val="0"/>
          <w:color w:val="auto"/>
        </w:rPr>
        <w:t>ifadelerle</w:t>
      </w:r>
      <w:proofErr w:type="spellEnd"/>
      <w:r w:rsidRPr="00AF699D">
        <w:rPr>
          <w:rStyle w:val="Vurgu"/>
          <w:b w:val="0"/>
          <w:color w:val="auto"/>
        </w:rPr>
        <w:t xml:space="preserve"> tamamlayınız.)</w:t>
      </w:r>
      <w:r w:rsidR="00AB2C67">
        <w:rPr>
          <w:rStyle w:val="Vurgu"/>
          <w:b w:val="0"/>
          <w:color w:val="auto"/>
        </w:rPr>
        <w:t xml:space="preserve"> </w:t>
      </w:r>
      <w:r w:rsidR="00AB2C67" w:rsidRPr="00AB2C67">
        <w:rPr>
          <w:rStyle w:val="Vurgu"/>
          <w:color w:val="auto"/>
        </w:rPr>
        <w:t xml:space="preserve">(5x3= 15 </w:t>
      </w:r>
      <w:proofErr w:type="spellStart"/>
      <w:r w:rsidR="00AB2C67" w:rsidRPr="00AB2C67">
        <w:rPr>
          <w:rStyle w:val="Vurgu"/>
          <w:color w:val="auto"/>
        </w:rPr>
        <w:t>Punkte</w:t>
      </w:r>
      <w:proofErr w:type="spellEnd"/>
      <w:r w:rsidR="00AB2C67" w:rsidRPr="00AB2C67">
        <w:rPr>
          <w:rStyle w:val="Vurgu"/>
          <w:color w:val="auto"/>
        </w:rPr>
        <w:t>)</w:t>
      </w:r>
    </w:p>
    <w:p w14:paraId="608E0AD4" w14:textId="77777777" w:rsidR="00062DC0" w:rsidRDefault="00062DC0" w:rsidP="00062DC0">
      <w:pPr>
        <w:pStyle w:val="AralkYok"/>
        <w:rPr>
          <w:rStyle w:val="Gl"/>
        </w:rPr>
      </w:pPr>
    </w:p>
    <w:p w14:paraId="44425D1A" w14:textId="77777777" w:rsidR="00F36809" w:rsidRDefault="00062DC0" w:rsidP="00F36809">
      <w:pPr>
        <w:pStyle w:val="AralkYok"/>
        <w:spacing w:line="360" w:lineRule="auto"/>
        <w:rPr>
          <w:rStyle w:val="Gl"/>
        </w:rPr>
      </w:pPr>
      <w:r>
        <w:rPr>
          <w:rStyle w:val="Gl"/>
        </w:rPr>
        <w:t>Anna:</w:t>
      </w:r>
      <w:r>
        <w:t xml:space="preserve"> </w:t>
      </w:r>
      <w:proofErr w:type="spellStart"/>
      <w:r w:rsidR="00AF699D">
        <w:t>Guten</w:t>
      </w:r>
      <w:proofErr w:type="spellEnd"/>
      <w:r w:rsidR="00AF699D">
        <w:t xml:space="preserve"> Tag!</w:t>
      </w:r>
      <w:r>
        <w:t xml:space="preserve"> </w:t>
      </w:r>
      <w:r>
        <w:rPr>
          <w:rFonts w:ascii="Segoe UI Symbol" w:hAnsi="Segoe UI Symbol" w:cs="Segoe UI Symbol"/>
        </w:rPr>
        <w:t>👋</w:t>
      </w:r>
      <w:r w:rsidR="00AF699D" w:rsidRPr="00AF699D">
        <w:rPr>
          <w:rStyle w:val="Gl"/>
        </w:rPr>
        <w:t xml:space="preserve"> </w:t>
      </w:r>
      <w:r w:rsidR="00AF699D">
        <w:rPr>
          <w:rStyle w:val="Gl"/>
        </w:rPr>
        <w:tab/>
      </w:r>
      <w:r w:rsidR="00AF699D">
        <w:rPr>
          <w:rStyle w:val="Gl"/>
        </w:rPr>
        <w:tab/>
      </w:r>
      <w:r w:rsidR="00AF699D">
        <w:rPr>
          <w:rStyle w:val="Gl"/>
        </w:rPr>
        <w:tab/>
      </w:r>
      <w:r w:rsidR="00AF699D">
        <w:rPr>
          <w:rStyle w:val="Gl"/>
        </w:rPr>
        <w:tab/>
      </w:r>
      <w:r w:rsidR="00AF699D">
        <w:rPr>
          <w:rStyle w:val="Gl"/>
        </w:rPr>
        <w:tab/>
      </w:r>
      <w:r w:rsidR="00AF699D">
        <w:rPr>
          <w:rStyle w:val="Gl"/>
        </w:rPr>
        <w:tab/>
      </w:r>
      <w:r w:rsidR="00AF699D">
        <w:rPr>
          <w:rStyle w:val="Gl"/>
        </w:rPr>
        <w:tab/>
      </w:r>
    </w:p>
    <w:p w14:paraId="40FA927A" w14:textId="77777777" w:rsidR="00F36809" w:rsidRDefault="00F36809" w:rsidP="00F36809">
      <w:pPr>
        <w:pStyle w:val="AralkYok"/>
        <w:spacing w:line="360" w:lineRule="auto"/>
      </w:pPr>
      <w:r>
        <w:rPr>
          <w:rStyle w:val="Gl"/>
        </w:rPr>
        <w:t>Markus:</w:t>
      </w:r>
      <w:r>
        <w:t xml:space="preserve"> ………………………………………………! Wie </w:t>
      </w:r>
      <w:proofErr w:type="spellStart"/>
      <w:r>
        <w:t>heißt</w:t>
      </w:r>
      <w:proofErr w:type="spellEnd"/>
      <w:r>
        <w:t xml:space="preserve"> du?</w:t>
      </w:r>
      <w:r w:rsidR="00062DC0">
        <w:br/>
      </w:r>
      <w:r w:rsidR="00062DC0">
        <w:rPr>
          <w:rStyle w:val="Gl"/>
        </w:rPr>
        <w:t>Anna:</w:t>
      </w:r>
      <w:r w:rsidR="00062DC0">
        <w:t xml:space="preserve"> Ich </w:t>
      </w:r>
      <w:proofErr w:type="spellStart"/>
      <w:r w:rsidR="00062DC0">
        <w:t>heiße</w:t>
      </w:r>
      <w:proofErr w:type="spellEnd"/>
      <w:r w:rsidR="00062DC0">
        <w:t xml:space="preserve"> Anna. Und </w:t>
      </w:r>
      <w:proofErr w:type="spellStart"/>
      <w:r w:rsidR="00062DC0">
        <w:t>du</w:t>
      </w:r>
      <w:proofErr w:type="spellEnd"/>
      <w:r w:rsidR="00062DC0">
        <w:t>?</w:t>
      </w:r>
      <w:r w:rsidR="00AF699D" w:rsidRPr="00AF699D">
        <w:t xml:space="preserve"> </w:t>
      </w:r>
      <w:r w:rsidR="00AF699D">
        <w:tab/>
      </w:r>
      <w:r w:rsidR="00AF699D">
        <w:tab/>
      </w:r>
      <w:r w:rsidR="00AF699D">
        <w:tab/>
      </w:r>
      <w:r w:rsidR="00AF699D">
        <w:tab/>
        <w:t xml:space="preserve">                  </w:t>
      </w:r>
    </w:p>
    <w:p w14:paraId="67D2189A" w14:textId="77777777" w:rsidR="00F36809" w:rsidRDefault="00062DC0" w:rsidP="00F36809">
      <w:pPr>
        <w:pStyle w:val="AralkYok"/>
        <w:spacing w:line="360" w:lineRule="auto"/>
        <w:rPr>
          <w:rStyle w:val="Gl"/>
        </w:rPr>
      </w:pPr>
      <w:r>
        <w:rPr>
          <w:rStyle w:val="Gl"/>
        </w:rPr>
        <w:t>Markus:</w:t>
      </w:r>
      <w:r>
        <w:t xml:space="preserve"> Ich </w:t>
      </w:r>
      <w:proofErr w:type="spellStart"/>
      <w:r>
        <w:t>heiße</w:t>
      </w:r>
      <w:proofErr w:type="spellEnd"/>
      <w:r>
        <w:t xml:space="preserve"> Markus.</w:t>
      </w:r>
      <w:r w:rsidR="00AF699D" w:rsidRPr="00AF699D">
        <w:rPr>
          <w:rStyle w:val="Gl"/>
        </w:rPr>
        <w:t xml:space="preserve"> </w:t>
      </w:r>
    </w:p>
    <w:p w14:paraId="0206B453" w14:textId="77777777" w:rsidR="00AB2C67" w:rsidRDefault="00AB2C67" w:rsidP="00F36809">
      <w:pPr>
        <w:pStyle w:val="AralkYok"/>
        <w:spacing w:line="360" w:lineRule="auto"/>
        <w:rPr>
          <w:rStyle w:val="Gl"/>
          <w:b w:val="0"/>
        </w:rPr>
      </w:pPr>
      <w:r>
        <w:rPr>
          <w:rStyle w:val="Gl"/>
        </w:rPr>
        <w:t xml:space="preserve">Anna: </w:t>
      </w:r>
      <w:r>
        <w:rPr>
          <w:rStyle w:val="Gl"/>
          <w:b w:val="0"/>
        </w:rPr>
        <w:t xml:space="preserve">Wie </w:t>
      </w:r>
      <w:proofErr w:type="spellStart"/>
      <w:r>
        <w:rPr>
          <w:rStyle w:val="Gl"/>
          <w:b w:val="0"/>
        </w:rPr>
        <w:t>geht</w:t>
      </w:r>
      <w:proofErr w:type="spellEnd"/>
      <w:r>
        <w:rPr>
          <w:rStyle w:val="Gl"/>
          <w:b w:val="0"/>
        </w:rPr>
        <w:t xml:space="preserve"> es </w:t>
      </w:r>
      <w:proofErr w:type="spellStart"/>
      <w:r>
        <w:rPr>
          <w:rStyle w:val="Gl"/>
          <w:b w:val="0"/>
        </w:rPr>
        <w:t>dir</w:t>
      </w:r>
      <w:proofErr w:type="spellEnd"/>
      <w:r>
        <w:rPr>
          <w:rStyle w:val="Gl"/>
          <w:b w:val="0"/>
        </w:rPr>
        <w:t>?</w:t>
      </w:r>
    </w:p>
    <w:p w14:paraId="5640889A" w14:textId="77777777" w:rsidR="00F36809" w:rsidRDefault="00AB2C67" w:rsidP="00F36809">
      <w:pPr>
        <w:pStyle w:val="AralkYok"/>
        <w:spacing w:line="360" w:lineRule="auto"/>
        <w:rPr>
          <w:rStyle w:val="Gl"/>
        </w:rPr>
      </w:pPr>
      <w:r w:rsidRPr="00AB2C67">
        <w:rPr>
          <w:rStyle w:val="Gl"/>
        </w:rPr>
        <w:t>Markus</w:t>
      </w:r>
      <w:r>
        <w:rPr>
          <w:rStyle w:val="Gl"/>
        </w:rPr>
        <w:t xml:space="preserve">: </w:t>
      </w:r>
      <w:r>
        <w:rPr>
          <w:rStyle w:val="Gl"/>
          <w:b w:val="0"/>
        </w:rPr>
        <w:t>…………………………………………………………………..…. .</w:t>
      </w:r>
      <w:r w:rsidR="00AF699D" w:rsidRPr="00AB2C67">
        <w:rPr>
          <w:rStyle w:val="Gl"/>
        </w:rPr>
        <w:tab/>
      </w:r>
      <w:r w:rsidR="00AF699D">
        <w:rPr>
          <w:rStyle w:val="Gl"/>
        </w:rPr>
        <w:tab/>
      </w:r>
      <w:r w:rsidR="00AF699D">
        <w:rPr>
          <w:rStyle w:val="Gl"/>
        </w:rPr>
        <w:tab/>
      </w:r>
      <w:r w:rsidR="00AF699D">
        <w:rPr>
          <w:rStyle w:val="Gl"/>
        </w:rPr>
        <w:tab/>
      </w:r>
      <w:r w:rsidR="00AF699D">
        <w:rPr>
          <w:rStyle w:val="Gl"/>
        </w:rPr>
        <w:tab/>
      </w:r>
      <w:r w:rsidR="00062DC0">
        <w:br/>
      </w:r>
      <w:r w:rsidR="00062DC0">
        <w:rPr>
          <w:rStyle w:val="Gl"/>
        </w:rPr>
        <w:t>Anna:</w:t>
      </w:r>
      <w:r w:rsidR="00AF699D">
        <w:rPr>
          <w:rStyle w:val="Gl"/>
        </w:rPr>
        <w:t xml:space="preserve"> …………………</w:t>
      </w:r>
      <w:r w:rsidR="00F36809">
        <w:rPr>
          <w:rStyle w:val="Gl"/>
        </w:rPr>
        <w:t>….</w:t>
      </w:r>
      <w:r w:rsidR="00AF699D">
        <w:rPr>
          <w:rStyle w:val="Gl"/>
        </w:rPr>
        <w:t>……………………………………</w:t>
      </w:r>
      <w:r w:rsidR="00062DC0">
        <w:t>?</w:t>
      </w:r>
      <w:r w:rsidR="00AF699D" w:rsidRPr="00AF699D">
        <w:rPr>
          <w:rStyle w:val="Gl"/>
        </w:rPr>
        <w:t xml:space="preserve"> </w:t>
      </w:r>
      <w:r w:rsidR="00AF699D">
        <w:rPr>
          <w:rStyle w:val="Gl"/>
        </w:rPr>
        <w:tab/>
      </w:r>
      <w:r w:rsidR="00AF699D">
        <w:rPr>
          <w:rStyle w:val="Gl"/>
        </w:rPr>
        <w:tab/>
      </w:r>
      <w:r w:rsidR="00062DC0">
        <w:br/>
      </w:r>
      <w:r w:rsidR="00062DC0">
        <w:rPr>
          <w:rStyle w:val="Gl"/>
        </w:rPr>
        <w:t>Markus:</w:t>
      </w:r>
      <w:r w:rsidR="00062DC0">
        <w:t xml:space="preserve"> Ich bin </w:t>
      </w:r>
      <w:proofErr w:type="spellStart"/>
      <w:r w:rsidR="00062DC0">
        <w:t>zwölf</w:t>
      </w:r>
      <w:proofErr w:type="spellEnd"/>
      <w:r w:rsidR="00062DC0">
        <w:t xml:space="preserve"> Jahre alt.</w:t>
      </w:r>
      <w:r w:rsidR="00AF699D" w:rsidRPr="00AF699D">
        <w:rPr>
          <w:rStyle w:val="Gl"/>
        </w:rPr>
        <w:t xml:space="preserve"> </w:t>
      </w:r>
      <w:r w:rsidR="00AF699D">
        <w:rPr>
          <w:rStyle w:val="Gl"/>
        </w:rPr>
        <w:tab/>
      </w:r>
      <w:r w:rsidR="00AF699D">
        <w:rPr>
          <w:rStyle w:val="Gl"/>
        </w:rPr>
        <w:tab/>
      </w:r>
      <w:r w:rsidR="00AF699D">
        <w:rPr>
          <w:rStyle w:val="Gl"/>
        </w:rPr>
        <w:tab/>
      </w:r>
      <w:r w:rsidR="00AF699D">
        <w:rPr>
          <w:rStyle w:val="Gl"/>
        </w:rPr>
        <w:tab/>
      </w:r>
      <w:r w:rsidR="00062DC0">
        <w:br/>
      </w:r>
      <w:r w:rsidR="00F36809">
        <w:rPr>
          <w:rStyle w:val="Gl"/>
        </w:rPr>
        <w:t>Anna:</w:t>
      </w:r>
      <w:r w:rsidR="00F36809">
        <w:t xml:space="preserve"> </w:t>
      </w:r>
      <w:proofErr w:type="spellStart"/>
      <w:r w:rsidR="00F36809">
        <w:t>Woher</w:t>
      </w:r>
      <w:proofErr w:type="spellEnd"/>
      <w:r w:rsidR="00F36809">
        <w:t xml:space="preserve"> </w:t>
      </w:r>
      <w:proofErr w:type="spellStart"/>
      <w:r w:rsidR="00F36809">
        <w:t>kommst</w:t>
      </w:r>
      <w:proofErr w:type="spellEnd"/>
      <w:r w:rsidR="00F36809">
        <w:t xml:space="preserve"> du?</w:t>
      </w:r>
      <w:r w:rsidR="00F36809">
        <w:br/>
      </w:r>
      <w:r w:rsidR="00F36809">
        <w:rPr>
          <w:rStyle w:val="Gl"/>
        </w:rPr>
        <w:t>Markus:</w:t>
      </w:r>
      <w:r w:rsidR="00F36809">
        <w:t xml:space="preserve"> ………………………..………………………</w:t>
      </w:r>
      <w:proofErr w:type="spellStart"/>
      <w:r w:rsidR="00F36809">
        <w:t>aus</w:t>
      </w:r>
      <w:proofErr w:type="spellEnd"/>
      <w:r w:rsidR="00F36809">
        <w:t xml:space="preserve"> Deutschland.</w:t>
      </w:r>
      <w:r w:rsidR="00F36809" w:rsidRPr="00F36809">
        <w:t xml:space="preserve"> </w:t>
      </w:r>
      <w:r w:rsidR="00F36809">
        <w:t xml:space="preserve">Und </w:t>
      </w:r>
      <w:proofErr w:type="spellStart"/>
      <w:r w:rsidR="00F36809">
        <w:t>du</w:t>
      </w:r>
      <w:proofErr w:type="spellEnd"/>
      <w:r w:rsidR="00F36809">
        <w:t>?</w:t>
      </w:r>
      <w:r w:rsidR="00F36809">
        <w:br/>
      </w:r>
      <w:r w:rsidR="00F36809">
        <w:rPr>
          <w:rStyle w:val="Gl"/>
        </w:rPr>
        <w:t>Anna:</w:t>
      </w:r>
      <w:r w:rsidR="00F36809">
        <w:t xml:space="preserve"> Ich </w:t>
      </w:r>
      <w:proofErr w:type="spellStart"/>
      <w:r w:rsidR="00F36809">
        <w:t>komme</w:t>
      </w:r>
      <w:proofErr w:type="spellEnd"/>
      <w:r w:rsidR="00F36809">
        <w:t xml:space="preserve"> </w:t>
      </w:r>
      <w:proofErr w:type="spellStart"/>
      <w:r w:rsidR="00F36809">
        <w:t>aus</w:t>
      </w:r>
      <w:proofErr w:type="spellEnd"/>
      <w:r w:rsidR="00F36809">
        <w:t xml:space="preserve"> der </w:t>
      </w:r>
      <w:proofErr w:type="spellStart"/>
      <w:r w:rsidR="00F36809">
        <w:t>Türkei</w:t>
      </w:r>
      <w:proofErr w:type="spellEnd"/>
      <w:r w:rsidR="00F36809">
        <w:t>.</w:t>
      </w:r>
    </w:p>
    <w:p w14:paraId="04C55B7C" w14:textId="77777777" w:rsidR="00F36809" w:rsidRDefault="00F36809" w:rsidP="00F36809">
      <w:pPr>
        <w:pStyle w:val="AralkYok"/>
        <w:spacing w:line="360" w:lineRule="auto"/>
        <w:rPr>
          <w:rStyle w:val="Gl"/>
        </w:rPr>
      </w:pPr>
      <w:r>
        <w:rPr>
          <w:rStyle w:val="Gl"/>
        </w:rPr>
        <w:t>Markus:</w:t>
      </w:r>
      <w:r>
        <w:t xml:space="preserve"> Schön! Auf Wiedersehen! </w:t>
      </w:r>
      <w:r w:rsidRPr="00AB2C67">
        <w:rPr>
          <w:rFonts w:ascii="Segoe UI Symbol" w:hAnsi="Segoe UI Symbol" w:cs="Segoe UI Symbol"/>
          <w:b/>
        </w:rPr>
        <w:t>😊</w:t>
      </w:r>
    </w:p>
    <w:p w14:paraId="22535EDE" w14:textId="77777777" w:rsidR="00F36809" w:rsidRDefault="00F36809" w:rsidP="00F36809">
      <w:pPr>
        <w:pStyle w:val="AralkYok"/>
        <w:spacing w:line="360" w:lineRule="auto"/>
        <w:rPr>
          <w:rStyle w:val="Gl"/>
        </w:rPr>
      </w:pPr>
      <w:r>
        <w:rPr>
          <w:rStyle w:val="Gl"/>
        </w:rPr>
        <w:t>Anna:</w:t>
      </w:r>
      <w:r>
        <w:t xml:space="preserve"> ……………………………………………………………….! </w:t>
      </w:r>
      <w:r>
        <w:rPr>
          <w:rFonts w:ascii="Segoe UI Symbol" w:hAnsi="Segoe UI Symbol" w:cs="Segoe UI Symbol"/>
        </w:rPr>
        <w:t>👋</w:t>
      </w:r>
    </w:p>
    <w:p w14:paraId="736B34AD" w14:textId="77777777" w:rsidR="00AB2C67" w:rsidRDefault="00AB2C67" w:rsidP="00F36809">
      <w:pPr>
        <w:pStyle w:val="AralkYok"/>
        <w:spacing w:line="360" w:lineRule="auto"/>
        <w:rPr>
          <w:rStyle w:val="Gl"/>
        </w:rPr>
      </w:pPr>
    </w:p>
    <w:p w14:paraId="72D0BC5E" w14:textId="77777777" w:rsidR="003257DD" w:rsidRDefault="005F14BA" w:rsidP="00F36809">
      <w:pPr>
        <w:pStyle w:val="AralkYok"/>
        <w:spacing w:line="360" w:lineRule="auto"/>
      </w:pPr>
      <w:proofErr w:type="spellStart"/>
      <w:r>
        <w:rPr>
          <w:b/>
        </w:rPr>
        <w:t>Übung</w:t>
      </w:r>
      <w:proofErr w:type="spellEnd"/>
      <w:r>
        <w:rPr>
          <w:b/>
        </w:rPr>
        <w:t xml:space="preserve"> E -</w:t>
      </w:r>
      <w:r>
        <w:rPr>
          <w:rStyle w:val="Gl"/>
        </w:rPr>
        <w:t xml:space="preserve"> </w:t>
      </w:r>
      <w:proofErr w:type="spellStart"/>
      <w:r w:rsidR="00A65FF3">
        <w:rPr>
          <w:rStyle w:val="Gl"/>
        </w:rPr>
        <w:t>Beantworte</w:t>
      </w:r>
      <w:r>
        <w:rPr>
          <w:rStyle w:val="Gl"/>
        </w:rPr>
        <w:t>t</w:t>
      </w:r>
      <w:proofErr w:type="spellEnd"/>
      <w:r w:rsidR="00A65FF3">
        <w:rPr>
          <w:rStyle w:val="Gl"/>
        </w:rPr>
        <w:t xml:space="preserve"> die</w:t>
      </w:r>
      <w:r>
        <w:rPr>
          <w:rStyle w:val="Gl"/>
        </w:rPr>
        <w:t xml:space="preserve"> </w:t>
      </w:r>
      <w:proofErr w:type="spellStart"/>
      <w:r>
        <w:rPr>
          <w:rStyle w:val="Gl"/>
        </w:rPr>
        <w:t>folgenden</w:t>
      </w:r>
      <w:proofErr w:type="spellEnd"/>
      <w:r w:rsidR="00A65FF3">
        <w:rPr>
          <w:rStyle w:val="Gl"/>
        </w:rPr>
        <w:t xml:space="preserve"> </w:t>
      </w:r>
      <w:proofErr w:type="spellStart"/>
      <w:r w:rsidR="00A65FF3">
        <w:rPr>
          <w:rStyle w:val="Gl"/>
        </w:rPr>
        <w:t>Fragen</w:t>
      </w:r>
      <w:proofErr w:type="spellEnd"/>
      <w:r w:rsidR="00A65FF3">
        <w:rPr>
          <w:rStyle w:val="Gl"/>
        </w:rPr>
        <w:t xml:space="preserve">. </w:t>
      </w:r>
      <w:r>
        <w:rPr>
          <w:rStyle w:val="Vurgu"/>
        </w:rPr>
        <w:t>(</w:t>
      </w:r>
      <w:proofErr w:type="spellStart"/>
      <w:r>
        <w:rPr>
          <w:rStyle w:val="Vurgu"/>
        </w:rPr>
        <w:t>Alıştırma</w:t>
      </w:r>
      <w:proofErr w:type="spellEnd"/>
      <w:r>
        <w:rPr>
          <w:rStyle w:val="Vurgu"/>
        </w:rPr>
        <w:t xml:space="preserve"> E- </w:t>
      </w:r>
      <w:proofErr w:type="spellStart"/>
      <w:r>
        <w:rPr>
          <w:rStyle w:val="Vurgu"/>
        </w:rPr>
        <w:t>Aşağıdaki</w:t>
      </w:r>
      <w:proofErr w:type="spellEnd"/>
      <w:r>
        <w:rPr>
          <w:rStyle w:val="Vurgu"/>
        </w:rPr>
        <w:t xml:space="preserve"> </w:t>
      </w:r>
      <w:proofErr w:type="spellStart"/>
      <w:r w:rsidR="00177047">
        <w:rPr>
          <w:rStyle w:val="Vurgu"/>
        </w:rPr>
        <w:t>s</w:t>
      </w:r>
      <w:r w:rsidR="00A65FF3">
        <w:rPr>
          <w:rStyle w:val="Vurgu"/>
        </w:rPr>
        <w:t>oruları</w:t>
      </w:r>
      <w:proofErr w:type="spellEnd"/>
      <w:r w:rsidR="00A65FF3">
        <w:rPr>
          <w:rStyle w:val="Vurgu"/>
        </w:rPr>
        <w:t xml:space="preserve"> </w:t>
      </w:r>
      <w:proofErr w:type="spellStart"/>
      <w:r w:rsidR="00A65FF3">
        <w:rPr>
          <w:rStyle w:val="Vurgu"/>
        </w:rPr>
        <w:t>cevaplayınız</w:t>
      </w:r>
      <w:proofErr w:type="spellEnd"/>
      <w:r w:rsidR="00A65FF3">
        <w:rPr>
          <w:rStyle w:val="Vurgu"/>
        </w:rPr>
        <w:t>.)</w:t>
      </w:r>
      <w:r w:rsidRPr="005F14BA">
        <w:rPr>
          <w:rStyle w:val="Vurgu"/>
          <w:b/>
        </w:rPr>
        <w:t xml:space="preserve"> </w:t>
      </w:r>
      <w:r>
        <w:rPr>
          <w:rStyle w:val="Vurgu"/>
          <w:b/>
        </w:rPr>
        <w:t xml:space="preserve">(3x3= 9 </w:t>
      </w:r>
      <w:proofErr w:type="spellStart"/>
      <w:r>
        <w:rPr>
          <w:rStyle w:val="Vurgu"/>
          <w:b/>
        </w:rPr>
        <w:t>Punkte</w:t>
      </w:r>
      <w:proofErr w:type="spellEnd"/>
      <w:r>
        <w:rPr>
          <w:rStyle w:val="Vurgu"/>
          <w:b/>
        </w:rPr>
        <w:t>)</w:t>
      </w:r>
      <w:r w:rsidR="003257DD">
        <w:tab/>
      </w:r>
      <w:r w:rsidR="003257DD">
        <w:tab/>
      </w:r>
    </w:p>
    <w:p w14:paraId="4CD7552A" w14:textId="77777777" w:rsidR="00F36809" w:rsidRDefault="00A65FF3">
      <w:r>
        <w:t xml:space="preserve">Wie alt </w:t>
      </w:r>
      <w:proofErr w:type="spellStart"/>
      <w:r>
        <w:t>ist</w:t>
      </w:r>
      <w:proofErr w:type="spellEnd"/>
      <w:r>
        <w:t xml:space="preserve"> Ayşe? </w:t>
      </w:r>
      <w:proofErr w:type="gramStart"/>
      <w:r>
        <w:t>(</w:t>
      </w:r>
      <w:r w:rsidR="00062DC0">
        <w:t xml:space="preserve"> 7</w:t>
      </w:r>
      <w:proofErr w:type="gramEnd"/>
      <w:r w:rsidR="00062DC0">
        <w:t>)</w:t>
      </w:r>
      <w:r w:rsidR="003257DD">
        <w:tab/>
      </w:r>
      <w:r w:rsidR="00F36809">
        <w:tab/>
        <w:t>……………………………………………</w:t>
      </w:r>
      <w:r w:rsidR="00AB2C67">
        <w:t>…………………..</w:t>
      </w:r>
      <w:r w:rsidR="00F36809">
        <w:t>………………………………………….</w:t>
      </w:r>
      <w:r w:rsidR="00AB2C67">
        <w:t xml:space="preserve"> .</w:t>
      </w:r>
    </w:p>
    <w:p w14:paraId="7BEAFF33" w14:textId="77777777" w:rsidR="003257DD" w:rsidRDefault="00F36809">
      <w:r>
        <w:t xml:space="preserve">Wie alt </w:t>
      </w:r>
      <w:proofErr w:type="spellStart"/>
      <w:r>
        <w:t>ist</w:t>
      </w:r>
      <w:proofErr w:type="spellEnd"/>
      <w:r>
        <w:t xml:space="preserve"> Herr </w:t>
      </w:r>
      <w:proofErr w:type="spellStart"/>
      <w:r>
        <w:t>Fakı</w:t>
      </w:r>
      <w:proofErr w:type="spellEnd"/>
      <w:r>
        <w:t xml:space="preserve">? </w:t>
      </w:r>
      <w:r w:rsidR="003257DD">
        <w:tab/>
      </w:r>
      <w:r>
        <w:t>(20)</w:t>
      </w:r>
      <w:r>
        <w:tab/>
        <w:t>………………………………</w:t>
      </w:r>
      <w:r w:rsidR="00AB2C67">
        <w:t>………………….</w:t>
      </w:r>
      <w:r>
        <w:t>………………………………………………………     .</w:t>
      </w:r>
    </w:p>
    <w:p w14:paraId="014D4AA8" w14:textId="77777777" w:rsidR="003257DD" w:rsidRDefault="00AB2C67">
      <w:r>
        <w:t xml:space="preserve">Wie alt </w:t>
      </w:r>
      <w:proofErr w:type="spellStart"/>
      <w:r>
        <w:t>ist</w:t>
      </w:r>
      <w:proofErr w:type="spellEnd"/>
      <w:r>
        <w:t xml:space="preserve"> Tom? </w:t>
      </w:r>
      <w:proofErr w:type="gramStart"/>
      <w:r>
        <w:t>( 12</w:t>
      </w:r>
      <w:proofErr w:type="gramEnd"/>
      <w:r>
        <w:t xml:space="preserve"> )</w:t>
      </w:r>
      <w:r>
        <w:tab/>
      </w:r>
      <w:r>
        <w:tab/>
        <w:t>……………………………………………………………………………………………………………. .</w:t>
      </w:r>
    </w:p>
    <w:p w14:paraId="0D35BDB7" w14:textId="77777777" w:rsidR="005F14BA" w:rsidRDefault="005F14BA">
      <w:pPr>
        <w:rPr>
          <w:rStyle w:val="Gl"/>
        </w:rPr>
      </w:pPr>
    </w:p>
    <w:p w14:paraId="61BBCF2D" w14:textId="77777777" w:rsidR="005F14BA" w:rsidRDefault="005F14BA">
      <w:proofErr w:type="spellStart"/>
      <w:r>
        <w:rPr>
          <w:rStyle w:val="Gl"/>
        </w:rPr>
        <w:t>Übung</w:t>
      </w:r>
      <w:proofErr w:type="spellEnd"/>
      <w:r>
        <w:rPr>
          <w:rStyle w:val="Gl"/>
        </w:rPr>
        <w:t xml:space="preserve"> F - </w:t>
      </w:r>
      <w:proofErr w:type="spellStart"/>
      <w:r>
        <w:rPr>
          <w:rStyle w:val="Gl"/>
        </w:rPr>
        <w:t>Beantwortet</w:t>
      </w:r>
      <w:proofErr w:type="spellEnd"/>
      <w:r>
        <w:rPr>
          <w:rStyle w:val="Gl"/>
        </w:rPr>
        <w:t xml:space="preserve"> die </w:t>
      </w:r>
      <w:proofErr w:type="spellStart"/>
      <w:r>
        <w:rPr>
          <w:rStyle w:val="Gl"/>
        </w:rPr>
        <w:t>folgenden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Fragen</w:t>
      </w:r>
      <w:proofErr w:type="spellEnd"/>
      <w:r>
        <w:rPr>
          <w:rStyle w:val="Gl"/>
        </w:rPr>
        <w:t xml:space="preserve">. </w:t>
      </w:r>
      <w:r>
        <w:rPr>
          <w:rStyle w:val="Vurgu"/>
        </w:rPr>
        <w:t>(</w:t>
      </w:r>
      <w:proofErr w:type="spellStart"/>
      <w:r>
        <w:rPr>
          <w:rStyle w:val="Vurgu"/>
        </w:rPr>
        <w:t>Alıştırma</w:t>
      </w:r>
      <w:proofErr w:type="spellEnd"/>
      <w:r>
        <w:rPr>
          <w:rStyle w:val="Vurgu"/>
        </w:rPr>
        <w:t xml:space="preserve"> F- </w:t>
      </w:r>
      <w:proofErr w:type="spellStart"/>
      <w:r>
        <w:rPr>
          <w:rStyle w:val="Vurgu"/>
        </w:rPr>
        <w:t>Aşağıdaki</w:t>
      </w:r>
      <w:proofErr w:type="spellEnd"/>
      <w:r>
        <w:rPr>
          <w:rStyle w:val="Vurgu"/>
        </w:rPr>
        <w:t xml:space="preserve"> </w:t>
      </w:r>
      <w:proofErr w:type="spellStart"/>
      <w:r w:rsidR="00EB6364">
        <w:rPr>
          <w:rStyle w:val="Vurgu"/>
        </w:rPr>
        <w:t>s</w:t>
      </w:r>
      <w:r>
        <w:rPr>
          <w:rStyle w:val="Vurgu"/>
        </w:rPr>
        <w:t>oruları</w:t>
      </w:r>
      <w:proofErr w:type="spellEnd"/>
      <w:r>
        <w:rPr>
          <w:rStyle w:val="Vurgu"/>
        </w:rPr>
        <w:t xml:space="preserve"> </w:t>
      </w:r>
      <w:proofErr w:type="spellStart"/>
      <w:r>
        <w:rPr>
          <w:rStyle w:val="Vurgu"/>
        </w:rPr>
        <w:t>cevaplayınız</w:t>
      </w:r>
      <w:proofErr w:type="spellEnd"/>
      <w:r>
        <w:rPr>
          <w:rStyle w:val="Vurgu"/>
        </w:rPr>
        <w:t>.)</w:t>
      </w:r>
      <w:r w:rsidRPr="005F14BA">
        <w:rPr>
          <w:rStyle w:val="Vurgu"/>
          <w:b/>
        </w:rPr>
        <w:t xml:space="preserve"> </w:t>
      </w:r>
      <w:r>
        <w:rPr>
          <w:rStyle w:val="Vurgu"/>
          <w:b/>
        </w:rPr>
        <w:t xml:space="preserve">(4x4= 16 </w:t>
      </w:r>
      <w:proofErr w:type="spellStart"/>
      <w:r>
        <w:rPr>
          <w:rStyle w:val="Vurgu"/>
          <w:b/>
        </w:rPr>
        <w:t>Punkte</w:t>
      </w:r>
      <w:proofErr w:type="spellEnd"/>
      <w:r>
        <w:rPr>
          <w:rStyle w:val="Vurgu"/>
          <w:b/>
        </w:rPr>
        <w:t>)</w:t>
      </w:r>
      <w:r>
        <w:tab/>
      </w:r>
    </w:p>
    <w:p w14:paraId="7D07D171" w14:textId="77777777" w:rsidR="00EB6364" w:rsidRDefault="00EB6364">
      <w:proofErr w:type="spellStart"/>
      <w:r>
        <w:t>Wer</w:t>
      </w:r>
      <w:proofErr w:type="spellEnd"/>
      <w:r>
        <w:t xml:space="preserve"> </w:t>
      </w:r>
      <w:proofErr w:type="spellStart"/>
      <w:r>
        <w:t>bist</w:t>
      </w:r>
      <w:proofErr w:type="spellEnd"/>
      <w:r>
        <w:t xml:space="preserve"> du?  ……………………………………………………………………………………………………………………………………………………… .</w:t>
      </w:r>
    </w:p>
    <w:p w14:paraId="2FFAC759" w14:textId="77777777" w:rsidR="00EB6364" w:rsidRDefault="00EB6364">
      <w:r>
        <w:t xml:space="preserve">Wo </w:t>
      </w:r>
      <w:proofErr w:type="spellStart"/>
      <w:r>
        <w:t>wohnst</w:t>
      </w:r>
      <w:proofErr w:type="spellEnd"/>
      <w:r>
        <w:t xml:space="preserve"> du? ............................................................................................................................................................................................................ .</w:t>
      </w:r>
    </w:p>
    <w:p w14:paraId="42BE7F5E" w14:textId="77777777" w:rsidR="00EB6364" w:rsidRDefault="00EB6364">
      <w:r>
        <w:t xml:space="preserve">Wo </w:t>
      </w:r>
      <w:proofErr w:type="spellStart"/>
      <w:r>
        <w:t>bist</w:t>
      </w:r>
      <w:proofErr w:type="spellEnd"/>
      <w:r>
        <w:t xml:space="preserve"> du von </w:t>
      </w:r>
      <w:proofErr w:type="spellStart"/>
      <w:r>
        <w:t>Beruf</w:t>
      </w:r>
      <w:proofErr w:type="spellEnd"/>
      <w:r>
        <w:t>? ………………………………………………………………………………………………………………………………………… .</w:t>
      </w:r>
    </w:p>
    <w:p w14:paraId="2129116B" w14:textId="77777777" w:rsidR="00E847B4" w:rsidRDefault="00EB6364">
      <w:proofErr w:type="spellStart"/>
      <w:r>
        <w:t>Welche</w:t>
      </w:r>
      <w:proofErr w:type="spellEnd"/>
      <w:r>
        <w:t xml:space="preserve"> </w:t>
      </w:r>
      <w:proofErr w:type="spellStart"/>
      <w:r>
        <w:t>Sprachen</w:t>
      </w:r>
      <w:proofErr w:type="spellEnd"/>
      <w:r>
        <w:t xml:space="preserve"> </w:t>
      </w:r>
      <w:proofErr w:type="spellStart"/>
      <w:r>
        <w:t>sprichst</w:t>
      </w:r>
      <w:proofErr w:type="spellEnd"/>
      <w:r>
        <w:t xml:space="preserve"> du? …………………………………………………………………………………………………………………………….. .</w:t>
      </w:r>
      <w:r>
        <w:tab/>
      </w:r>
      <w:r>
        <w:tab/>
      </w:r>
      <w:r w:rsidR="000538F7">
        <w:tab/>
      </w:r>
    </w:p>
    <w:p w14:paraId="3F8DE84C" w14:textId="77777777" w:rsidR="00CD4CCB" w:rsidRPr="00C875F8" w:rsidRDefault="00A3786B" w:rsidP="00C875F8">
      <w:pPr>
        <w:jc w:val="center"/>
        <w:rPr>
          <w:rFonts w:ascii="Segoe UI Symbol" w:hAnsi="Segoe UI Symbol" w:cs="Segoe UI Symbol"/>
          <w:b/>
          <w:i/>
          <w:sz w:val="32"/>
        </w:rPr>
      </w:pPr>
      <w:r w:rsidRPr="00C875F8">
        <w:rPr>
          <w:rFonts w:ascii="Segoe UI Symbol" w:hAnsi="Segoe UI Symbol" w:cs="Segoe UI Symbol"/>
          <w:b/>
          <w:sz w:val="56"/>
        </w:rPr>
        <w:t>🎯</w:t>
      </w:r>
      <w:r w:rsidR="00C875F8" w:rsidRPr="00C875F8">
        <w:rPr>
          <w:rFonts w:ascii="Segoe UI Symbol" w:hAnsi="Segoe UI Symbol" w:cs="Segoe UI Symbol"/>
        </w:rPr>
        <w:t xml:space="preserve"> </w:t>
      </w:r>
      <w:proofErr w:type="spellStart"/>
      <w:r w:rsidR="00C875F8" w:rsidRPr="00C875F8">
        <w:rPr>
          <w:rFonts w:ascii="Segoe UI Symbol" w:hAnsi="Segoe UI Symbol" w:cs="Segoe UI Symbol"/>
          <w:b/>
          <w:sz w:val="28"/>
        </w:rPr>
        <w:t>Viel</w:t>
      </w:r>
      <w:proofErr w:type="spellEnd"/>
      <w:r w:rsidR="00C875F8" w:rsidRPr="00C875F8">
        <w:rPr>
          <w:rFonts w:ascii="Segoe UI Symbol" w:hAnsi="Segoe UI Symbol" w:cs="Segoe UI Symbol"/>
          <w:b/>
          <w:sz w:val="28"/>
        </w:rPr>
        <w:t xml:space="preserve"> </w:t>
      </w:r>
      <w:proofErr w:type="spellStart"/>
      <w:r w:rsidR="00C875F8" w:rsidRPr="00C875F8">
        <w:rPr>
          <w:rFonts w:ascii="Segoe UI Symbol" w:hAnsi="Segoe UI Symbol" w:cs="Segoe UI Symbol"/>
          <w:b/>
          <w:sz w:val="28"/>
        </w:rPr>
        <w:t>Erfolg</w:t>
      </w:r>
      <w:proofErr w:type="spellEnd"/>
      <w:r w:rsidR="00C875F8" w:rsidRPr="00C875F8">
        <w:rPr>
          <w:rFonts w:ascii="Segoe UI Symbol" w:hAnsi="Segoe UI Symbol" w:cs="Segoe UI Symbol"/>
          <w:b/>
          <w:sz w:val="28"/>
        </w:rPr>
        <w:t>!</w:t>
      </w:r>
      <w:r w:rsidR="00C875F8">
        <w:rPr>
          <w:rFonts w:ascii="Segoe UI Symbol" w:hAnsi="Segoe UI Symbol" w:cs="Segoe UI Symbol"/>
          <w:b/>
          <w:sz w:val="28"/>
        </w:rPr>
        <w:t xml:space="preserve"> </w:t>
      </w:r>
      <w:proofErr w:type="gramStart"/>
      <w:r w:rsidR="00C875F8" w:rsidRPr="00C875F8">
        <w:rPr>
          <w:rFonts w:ascii="Segoe UI Symbol" w:hAnsi="Segoe UI Symbol" w:cs="Segoe UI Symbol"/>
          <w:b/>
          <w:i/>
          <w:sz w:val="28"/>
        </w:rPr>
        <w:t xml:space="preserve">( </w:t>
      </w:r>
      <w:proofErr w:type="spellStart"/>
      <w:r w:rsidR="00C875F8" w:rsidRPr="00C875F8">
        <w:rPr>
          <w:rFonts w:ascii="Calibri" w:hAnsi="Calibri" w:cs="Calibri"/>
          <w:b/>
          <w:i/>
          <w:sz w:val="28"/>
        </w:rPr>
        <w:t>Başarılar</w:t>
      </w:r>
      <w:proofErr w:type="spellEnd"/>
      <w:proofErr w:type="gramEnd"/>
      <w:r w:rsidR="00C875F8" w:rsidRPr="00C875F8">
        <w:rPr>
          <w:rFonts w:ascii="Calibri" w:hAnsi="Calibri" w:cs="Calibri"/>
          <w:b/>
          <w:i/>
          <w:sz w:val="28"/>
        </w:rPr>
        <w:t>!</w:t>
      </w:r>
      <w:r w:rsidR="00C875F8" w:rsidRPr="00C875F8">
        <w:rPr>
          <w:rFonts w:ascii="Segoe UI Symbol" w:hAnsi="Segoe UI Symbol" w:cs="Segoe UI Symbol"/>
          <w:b/>
          <w:i/>
          <w:sz w:val="28"/>
        </w:rPr>
        <w:t>)</w:t>
      </w:r>
    </w:p>
    <w:p w14:paraId="42158ED1" w14:textId="77777777" w:rsidR="00C875F8" w:rsidRPr="00C875F8" w:rsidRDefault="00C875F8" w:rsidP="00C875F8">
      <w:pPr>
        <w:jc w:val="center"/>
        <w:rPr>
          <w:b/>
          <w:sz w:val="96"/>
        </w:rPr>
      </w:pPr>
      <w:proofErr w:type="spellStart"/>
      <w:r w:rsidRPr="00C875F8">
        <w:rPr>
          <w:b/>
          <w:sz w:val="24"/>
        </w:rPr>
        <w:t>Fachlehrer</w:t>
      </w:r>
      <w:proofErr w:type="spellEnd"/>
      <w:r w:rsidRPr="00C875F8">
        <w:rPr>
          <w:b/>
          <w:sz w:val="24"/>
        </w:rPr>
        <w:t>:</w:t>
      </w:r>
      <w:r w:rsidRPr="00C875F8">
        <w:rPr>
          <w:sz w:val="24"/>
        </w:rPr>
        <w:t xml:space="preserve"> Sami Faki</w:t>
      </w:r>
    </w:p>
    <w:p w14:paraId="5014AE48" w14:textId="77777777" w:rsidR="00CD4CCB" w:rsidRDefault="00CD4CCB"/>
    <w:sectPr w:rsidR="00CD4CCB" w:rsidSect="00AF699D">
      <w:pgSz w:w="12240" w:h="15840"/>
      <w:pgMar w:top="360" w:right="360" w:bottom="899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29396011">
    <w:abstractNumId w:val="8"/>
  </w:num>
  <w:num w:numId="2" w16cid:durableId="179971604">
    <w:abstractNumId w:val="6"/>
  </w:num>
  <w:num w:numId="3" w16cid:durableId="2061130365">
    <w:abstractNumId w:val="5"/>
  </w:num>
  <w:num w:numId="4" w16cid:durableId="193269892">
    <w:abstractNumId w:val="4"/>
  </w:num>
  <w:num w:numId="5" w16cid:durableId="1142505545">
    <w:abstractNumId w:val="7"/>
  </w:num>
  <w:num w:numId="6" w16cid:durableId="1348408632">
    <w:abstractNumId w:val="3"/>
  </w:num>
  <w:num w:numId="7" w16cid:durableId="1229076351">
    <w:abstractNumId w:val="2"/>
  </w:num>
  <w:num w:numId="8" w16cid:durableId="1093552770">
    <w:abstractNumId w:val="1"/>
  </w:num>
  <w:num w:numId="9" w16cid:durableId="1308390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38F7"/>
    <w:rsid w:val="0006063C"/>
    <w:rsid w:val="00062DC0"/>
    <w:rsid w:val="0015074B"/>
    <w:rsid w:val="00177047"/>
    <w:rsid w:val="0029639D"/>
    <w:rsid w:val="003257DD"/>
    <w:rsid w:val="00326F90"/>
    <w:rsid w:val="00392613"/>
    <w:rsid w:val="004F56DF"/>
    <w:rsid w:val="005C79BC"/>
    <w:rsid w:val="005F14BA"/>
    <w:rsid w:val="006A4D15"/>
    <w:rsid w:val="00A3786B"/>
    <w:rsid w:val="00A65FF3"/>
    <w:rsid w:val="00AA1D8D"/>
    <w:rsid w:val="00AB2C67"/>
    <w:rsid w:val="00AF699D"/>
    <w:rsid w:val="00B47730"/>
    <w:rsid w:val="00C875F8"/>
    <w:rsid w:val="00CB0664"/>
    <w:rsid w:val="00CD4CCB"/>
    <w:rsid w:val="00CF47AA"/>
    <w:rsid w:val="00E847B4"/>
    <w:rsid w:val="00EB6364"/>
    <w:rsid w:val="00F3680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D51E7E"/>
  <w14:defaultImageDpi w14:val="300"/>
  <w15:docId w15:val="{A878C971-7268-41EF-97C4-50598B92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Balk1">
    <w:name w:val="heading 1"/>
    <w:basedOn w:val="Normal"/>
    <w:next w:val="Normal"/>
    <w:link w:val="Bal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C693F"/>
    <w:pPr>
      <w:outlineLvl w:val="9"/>
    </w:pPr>
  </w:style>
  <w:style w:type="table" w:styleId="TabloKlavuzu">
    <w:name w:val="Table Grid"/>
    <w:basedOn w:val="NormalTablo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062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6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FFDBB5-47E6-4276-8D34-ECABB2A52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2673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www.safierbas.com</Manager>
  <Company>www.safierbas.com</Company>
  <LinksUpToDate>false</LinksUpToDate>
  <CharactersWithSpaces>3135</CharactersWithSpaces>
  <SharedDoc>false</SharedDoc>
  <HyperlinkBase>www.safierbas.com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www.safierbas.com</dc:title>
  <dc:subject>www.safierbas.com</dc:subject>
  <dc:creator>www.safierbas.com</dc:creator>
  <cp:keywords>www.safierbas.com</cp:keywords>
  <dc:description>www.safierbas.com</dc:description>
  <cp:lastModifiedBy>safi</cp:lastModifiedBy>
  <cp:revision>2</cp:revision>
  <dcterms:created xsi:type="dcterms:W3CDTF">2025-11-04T19:51:00Z</dcterms:created>
  <dcterms:modified xsi:type="dcterms:W3CDTF">2025-11-04T19:51:00Z</dcterms:modified>
  <cp:category>www.safierbas.com</cp:category>
  <cp:contentStatus>www.safierbas.com</cp:contentStatus>
</cp:coreProperties>
</file>